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5C274" w14:textId="77777777" w:rsidR="00E82F49" w:rsidRPr="009A581D" w:rsidRDefault="00000000" w:rsidP="009A581D">
      <w:pPr>
        <w:spacing w:line="360" w:lineRule="auto"/>
        <w:jc w:val="center"/>
        <w:rPr>
          <w:lang w:val="ru-RU"/>
        </w:rPr>
      </w:pPr>
      <w:r w:rsidRPr="009A581D">
        <w:rPr>
          <w:b/>
          <w:sz w:val="32"/>
          <w:lang w:val="ru-RU"/>
        </w:rPr>
        <w:t>Описание функционала</w:t>
      </w:r>
    </w:p>
    <w:p w14:paraId="7521B8C0" w14:textId="77777777" w:rsidR="00E82F49" w:rsidRPr="009A581D" w:rsidRDefault="00000000" w:rsidP="009A581D">
      <w:pPr>
        <w:spacing w:line="360" w:lineRule="auto"/>
        <w:jc w:val="center"/>
        <w:rPr>
          <w:lang w:val="ru-RU"/>
        </w:rPr>
      </w:pPr>
      <w:r w:rsidRPr="009A581D">
        <w:rPr>
          <w:b/>
          <w:sz w:val="26"/>
          <w:lang w:val="ru-RU"/>
        </w:rPr>
        <w:t>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</w:t>
      </w:r>
    </w:p>
    <w:p w14:paraId="29B98B12" w14:textId="77777777" w:rsidR="00E82F49" w:rsidRPr="009A581D" w:rsidRDefault="00E82F49" w:rsidP="009A581D">
      <w:pPr>
        <w:spacing w:line="360" w:lineRule="auto"/>
        <w:rPr>
          <w:lang w:val="ru-RU"/>
        </w:rPr>
      </w:pPr>
    </w:p>
    <w:p w14:paraId="4E190BFA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t>1. Описание Системы</w:t>
      </w:r>
    </w:p>
    <w:p w14:paraId="31ED58E0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lang w:val="ru-RU"/>
        </w:rPr>
        <w:t xml:space="preserve">«Система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моделями» (далее — Система) — единая внутренняя платформа для сбора, индексации и интеллектуальной обработки разноформатных источников данных о деловых и проектных отношениях. Разнородные данные (транскрибации переговоров, анализ кода, выгрузки задач, сообщения </w:t>
      </w:r>
      <w:r>
        <w:t>Telegram</w:t>
      </w:r>
      <w:r w:rsidRPr="009A581D">
        <w:rPr>
          <w:lang w:val="ru-RU"/>
        </w:rPr>
        <w:t xml:space="preserve">-каналов, </w:t>
      </w:r>
      <w:r>
        <w:t>RSS</w:t>
      </w:r>
      <w:r w:rsidRPr="009A581D">
        <w:rPr>
          <w:lang w:val="ru-RU"/>
        </w:rPr>
        <w:t>-ленты, документы) объединяются в рамках сущности «Проект», индексируются эмбеддингами и обрабатываются единым ИИ-ассистентом с вызовом инструментов и семантическим поиском. Система состоит из серверного приложения (</w:t>
      </w:r>
      <w:r>
        <w:t>CMS</w:t>
      </w:r>
      <w:r w:rsidRPr="009A581D">
        <w:rPr>
          <w:lang w:val="ru-RU"/>
        </w:rPr>
        <w:t xml:space="preserve"> и </w:t>
      </w:r>
      <w:r>
        <w:t>JSON</w:t>
      </w:r>
      <w:r w:rsidRPr="009A581D">
        <w:rPr>
          <w:lang w:val="ru-RU"/>
        </w:rPr>
        <w:t xml:space="preserve"> </w:t>
      </w:r>
      <w:r>
        <w:t>API</w:t>
      </w:r>
      <w:r w:rsidRPr="009A581D">
        <w:rPr>
          <w:lang w:val="ru-RU"/>
        </w:rPr>
        <w:t xml:space="preserve">) и внешних поверхностей (публичная </w:t>
      </w:r>
      <w:r>
        <w:t>RSS</w:t>
      </w:r>
      <w:r w:rsidRPr="009A581D">
        <w:rPr>
          <w:lang w:val="ru-RU"/>
        </w:rPr>
        <w:t xml:space="preserve">-лента, встраиваемые виджеты, </w:t>
      </w:r>
      <w:r>
        <w:t>Telegram</w:t>
      </w:r>
      <w:r w:rsidRPr="009A581D">
        <w:rPr>
          <w:lang w:val="ru-RU"/>
        </w:rPr>
        <w:t>-бридж).</w:t>
      </w:r>
    </w:p>
    <w:p w14:paraId="79776828" w14:textId="77777777" w:rsidR="00E82F49" w:rsidRDefault="00000000" w:rsidP="009A581D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7C6C9D4" wp14:editId="0039B3BE">
            <wp:extent cx="5400000" cy="364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nr_arch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3BE1D" w14:textId="77777777" w:rsidR="00E82F49" w:rsidRDefault="00000000" w:rsidP="009A581D">
      <w:pPr>
        <w:spacing w:line="360" w:lineRule="auto"/>
        <w:jc w:val="center"/>
      </w:pPr>
      <w:r>
        <w:rPr>
          <w:i/>
          <w:sz w:val="22"/>
        </w:rPr>
        <w:t>Схема взаимодействия компонентов Системы</w:t>
      </w:r>
    </w:p>
    <w:p w14:paraId="60015AD7" w14:textId="77777777" w:rsidR="00E82F49" w:rsidRDefault="00000000" w:rsidP="009A581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0B13ED0" wp14:editId="6AC393A5">
            <wp:extent cx="5400000" cy="3915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nr_arch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9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D122" w14:textId="77777777" w:rsidR="00E82F49" w:rsidRPr="009A581D" w:rsidRDefault="00000000" w:rsidP="009A581D">
      <w:pPr>
        <w:spacing w:line="360" w:lineRule="auto"/>
        <w:jc w:val="center"/>
        <w:rPr>
          <w:lang w:val="ru-RU"/>
        </w:rPr>
      </w:pPr>
      <w:r w:rsidRPr="009A581D">
        <w:rPr>
          <w:i/>
          <w:sz w:val="22"/>
          <w:lang w:val="ru-RU"/>
        </w:rPr>
        <w:t>Функциональная структура Системы</w:t>
      </w:r>
    </w:p>
    <w:p w14:paraId="3391D5D3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lastRenderedPageBreak/>
        <w:t>2. Требования к рабочему месту пользователя</w:t>
      </w:r>
    </w:p>
    <w:p w14:paraId="7CC4DCA3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lang w:val="ru-RU"/>
        </w:rPr>
        <w:t xml:space="preserve">Система распространяется в виде интернет-сервиса; специальные действия по установке программного обеспечения на стороне пользователя не требуются. Для работы достаточно персонального компьютера с современным веб-браузером (актуальные версии </w:t>
      </w:r>
      <w:r>
        <w:t>Google</w:t>
      </w:r>
      <w:r w:rsidRPr="009A581D">
        <w:rPr>
          <w:lang w:val="ru-RU"/>
        </w:rPr>
        <w:t xml:space="preserve"> </w:t>
      </w:r>
      <w:r>
        <w:t>Chrome</w:t>
      </w:r>
      <w:r w:rsidRPr="009A581D">
        <w:rPr>
          <w:lang w:val="ru-RU"/>
        </w:rPr>
        <w:t xml:space="preserve">, </w:t>
      </w:r>
      <w:r>
        <w:t>Mozilla</w:t>
      </w:r>
      <w:r w:rsidRPr="009A581D">
        <w:rPr>
          <w:lang w:val="ru-RU"/>
        </w:rPr>
        <w:t xml:space="preserve"> </w:t>
      </w:r>
      <w:r>
        <w:t>Firefox</w:t>
      </w:r>
      <w:r w:rsidRPr="009A581D">
        <w:rPr>
          <w:lang w:val="ru-RU"/>
        </w:rPr>
        <w:t xml:space="preserve">, </w:t>
      </w:r>
      <w:r>
        <w:t>Microsoft</w:t>
      </w:r>
      <w:r w:rsidRPr="009A581D">
        <w:rPr>
          <w:lang w:val="ru-RU"/>
        </w:rPr>
        <w:t xml:space="preserve"> </w:t>
      </w:r>
      <w:r>
        <w:t>Edge</w:t>
      </w:r>
      <w:r w:rsidRPr="009A581D">
        <w:rPr>
          <w:lang w:val="ru-RU"/>
        </w:rPr>
        <w:t xml:space="preserve">, </w:t>
      </w:r>
      <w:r>
        <w:t>Safari</w:t>
      </w:r>
      <w:r w:rsidRPr="009A581D">
        <w:rPr>
          <w:lang w:val="ru-RU"/>
        </w:rPr>
        <w:t xml:space="preserve">, </w:t>
      </w:r>
      <w:r>
        <w:t>Opera</w:t>
      </w:r>
      <w:r w:rsidRPr="009A581D">
        <w:rPr>
          <w:lang w:val="ru-RU"/>
        </w:rPr>
        <w:t>) и доступа к сети. Интерфейс рассчитан на работу оператора с настольного устройства; язык интерфейса — русский, часовой пояс — московский.</w:t>
      </w:r>
    </w:p>
    <w:p w14:paraId="27514304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t>3. Роли пользователей Системы</w:t>
      </w:r>
    </w:p>
    <w:p w14:paraId="7384B635" w14:textId="77777777" w:rsidR="00E82F49" w:rsidRDefault="00000000" w:rsidP="009A581D">
      <w:pPr>
        <w:spacing w:line="360" w:lineRule="auto"/>
        <w:jc w:val="both"/>
      </w:pPr>
      <w:r w:rsidRPr="009A581D">
        <w:rPr>
          <w:lang w:val="ru-RU"/>
        </w:rPr>
        <w:t xml:space="preserve">Доступ предоставляется только зарегистрированным пользователям. Права разграничиваются по трём независимым матрицам (разделы </w:t>
      </w:r>
      <w:r>
        <w:t>CMS</w:t>
      </w:r>
      <w:r w:rsidRPr="009A581D">
        <w:rPr>
          <w:lang w:val="ru-RU"/>
        </w:rPr>
        <w:t xml:space="preserve">, модели генерации, категории инструментов ИИ-ассистента) на уровнях роли и профиля. </w:t>
      </w:r>
      <w:r>
        <w:t>Предусмотрены четыре роли:</w:t>
      </w:r>
    </w:p>
    <w:p w14:paraId="454F1394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>
        <w:t>SuperAdmin</w:t>
      </w:r>
      <w:r w:rsidRPr="009A581D">
        <w:rPr>
          <w:lang w:val="ru-RU"/>
        </w:rPr>
        <w:t xml:space="preserve"> — полный доступ ко всем разделам, моделям и инструментам; доступ к проектам всех пользователей; аудит </w:t>
      </w:r>
      <w:r>
        <w:t>Telegram</w:t>
      </w:r>
      <w:r w:rsidRPr="009A581D">
        <w:rPr>
          <w:lang w:val="ru-RU"/>
        </w:rPr>
        <w:t>-каналов.</w:t>
      </w:r>
    </w:p>
    <w:p w14:paraId="05AEE637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>
        <w:t>Admin</w:t>
      </w:r>
      <w:r w:rsidRPr="009A581D">
        <w:rPr>
          <w:lang w:val="ru-RU"/>
        </w:rPr>
        <w:t xml:space="preserve"> — полный доступ к разделам, моделям и инструментам; доступ к проектам ограничен политиками; управление пользователями и правами.</w:t>
      </w:r>
    </w:p>
    <w:p w14:paraId="21C29078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>
        <w:t>Client</w:t>
      </w:r>
      <w:r w:rsidRPr="009A581D">
        <w:rPr>
          <w:lang w:val="ru-RU"/>
        </w:rPr>
        <w:t xml:space="preserve"> — роль по умолчанию; ограниченный набор разделов, моделей и инструментов.</w:t>
      </w:r>
    </w:p>
    <w:p w14:paraId="402CFFD2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>
        <w:t>User</w:t>
      </w:r>
      <w:r w:rsidRPr="009A581D">
        <w:rPr>
          <w:lang w:val="ru-RU"/>
        </w:rPr>
        <w:t xml:space="preserve"> — минимальный набор прав (чаты, документы, анализ); часть инструментов недоступна.</w:t>
      </w:r>
    </w:p>
    <w:p w14:paraId="195EE5EC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t>4. Регистрация и авторизация</w:t>
      </w:r>
    </w:p>
    <w:p w14:paraId="68A73EE9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lang w:val="ru-RU"/>
        </w:rPr>
        <w:t xml:space="preserve">Самостоятельная регистрация не предусмотрена: учётная запись создаётся администратором либо через инструмент приглашения ИИ-ассистента с указанием имени, адреса электронной почты и </w:t>
      </w:r>
      <w:r>
        <w:t>Telegram</w:t>
      </w:r>
      <w:r w:rsidRPr="009A581D">
        <w:rPr>
          <w:lang w:val="ru-RU"/>
        </w:rPr>
        <w:t>-ника. На указанный адрес отправляется письмо со сгенерированным паролем. Вход в Систему выполняется по адресу электронной почты и паролю. Предусмотрены сброс пароля по ссылке из письма (ограничен по времени) и завершение неактивных сессий по таймауту.</w:t>
      </w:r>
    </w:p>
    <w:p w14:paraId="732568FA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t>5. Функции Системы</w:t>
      </w:r>
    </w:p>
    <w:p w14:paraId="7D393414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lang w:val="ru-RU"/>
        </w:rPr>
        <w:t>Система объединяет инструменты для:</w:t>
      </w:r>
    </w:p>
    <w:p w14:paraId="168FEDD0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lastRenderedPageBreak/>
        <w:t xml:space="preserve">работы с единым ИИ-ассистентом (чат с вызовом инструментов, поддержка провайдеров </w:t>
      </w:r>
      <w:r>
        <w:t>DeepSeek</w:t>
      </w:r>
      <w:r w:rsidRPr="009A581D">
        <w:rPr>
          <w:lang w:val="ru-RU"/>
        </w:rPr>
        <w:t xml:space="preserve"> / </w:t>
      </w:r>
      <w:r>
        <w:t>OpenAI</w:t>
      </w:r>
      <w:r w:rsidRPr="009A581D">
        <w:rPr>
          <w:lang w:val="ru-RU"/>
        </w:rPr>
        <w:t xml:space="preserve"> / </w:t>
      </w:r>
      <w:r>
        <w:t>Kimi</w:t>
      </w:r>
      <w:r w:rsidRPr="009A581D">
        <w:rPr>
          <w:lang w:val="ru-RU"/>
        </w:rPr>
        <w:t xml:space="preserve"> / </w:t>
      </w:r>
      <w:r>
        <w:t>Ollama</w:t>
      </w:r>
      <w:r w:rsidRPr="009A581D">
        <w:rPr>
          <w:lang w:val="ru-RU"/>
        </w:rPr>
        <w:t>);</w:t>
      </w:r>
    </w:p>
    <w:p w14:paraId="2AA2F27F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 xml:space="preserve">ведения проектной базы знаний: сбор транскрибаций, анализа кода, выгрузок задач, сообщений </w:t>
      </w:r>
      <w:r>
        <w:t>Telegram</w:t>
      </w:r>
      <w:r w:rsidRPr="009A581D">
        <w:rPr>
          <w:lang w:val="ru-RU"/>
        </w:rPr>
        <w:t xml:space="preserve"> и документов в один проект с автоматической индексацией эмбеддингами и семантическим поиском;</w:t>
      </w:r>
    </w:p>
    <w:p w14:paraId="483DB2E0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 xml:space="preserve">рерайтинга и агрегации контента по </w:t>
      </w:r>
      <w:r>
        <w:t>RSS</w:t>
      </w:r>
      <w:r w:rsidRPr="009A581D">
        <w:rPr>
          <w:lang w:val="ru-RU"/>
        </w:rPr>
        <w:t xml:space="preserve">-лентам и </w:t>
      </w:r>
      <w:r>
        <w:t>Telegram</w:t>
      </w:r>
      <w:r w:rsidRPr="009A581D">
        <w:rPr>
          <w:lang w:val="ru-RU"/>
        </w:rPr>
        <w:t>-каналам за заданный период с применением цепочек промптов;</w:t>
      </w:r>
    </w:p>
    <w:p w14:paraId="020412D2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>распознавания речи (транскрибации аудио и видео);</w:t>
      </w:r>
    </w:p>
    <w:p w14:paraId="7152B4CA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>генерации видео с ИИ-ведущим по тексту;</w:t>
      </w:r>
    </w:p>
    <w:p w14:paraId="0CEE9390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 xml:space="preserve">работы конвейера «ИИ редакция»: подготовка, фактчекинг, редактирование и автоматическая публикация материалов в </w:t>
      </w:r>
      <w:r>
        <w:t>Telegram</w:t>
      </w:r>
      <w:r w:rsidRPr="009A581D">
        <w:rPr>
          <w:lang w:val="ru-RU"/>
        </w:rPr>
        <w:t xml:space="preserve"> и Дзен;</w:t>
      </w:r>
    </w:p>
    <w:p w14:paraId="379FAE31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>планирования фоновых ИИ-задач по расписанию;</w:t>
      </w:r>
    </w:p>
    <w:p w14:paraId="03EA4E18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>получения материалов, тематических, рекламных и аудиометрических данных из внешних программных интерфейсов;</w:t>
      </w:r>
    </w:p>
    <w:p w14:paraId="4EC29C59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 xml:space="preserve">двусторонней интеграции ИИ-ассистента с </w:t>
      </w:r>
      <w:r>
        <w:t>Telegram</w:t>
      </w:r>
      <w:r w:rsidRPr="009A581D">
        <w:rPr>
          <w:lang w:val="ru-RU"/>
        </w:rPr>
        <w:t>;</w:t>
      </w:r>
    </w:p>
    <w:p w14:paraId="1AF4F3ED" w14:textId="77777777" w:rsidR="00E82F49" w:rsidRPr="009A581D" w:rsidRDefault="00000000" w:rsidP="009A581D">
      <w:pPr>
        <w:pStyle w:val="a0"/>
        <w:spacing w:line="360" w:lineRule="auto"/>
        <w:rPr>
          <w:lang w:val="ru-RU"/>
        </w:rPr>
      </w:pPr>
      <w:r w:rsidRPr="009A581D">
        <w:rPr>
          <w:lang w:val="ru-RU"/>
        </w:rPr>
        <w:t>ведения каталогов промптов и источников; управления пользователями, ролями и правами.</w:t>
      </w:r>
    </w:p>
    <w:p w14:paraId="423E8CA9" w14:textId="77777777" w:rsidR="00E82F49" w:rsidRPr="009A581D" w:rsidRDefault="00000000" w:rsidP="009A581D">
      <w:pPr>
        <w:pStyle w:val="1"/>
        <w:spacing w:line="360" w:lineRule="auto"/>
        <w:rPr>
          <w:lang w:val="ru-RU"/>
        </w:rPr>
      </w:pPr>
      <w:r w:rsidRPr="009A581D">
        <w:rPr>
          <w:lang w:val="ru-RU"/>
        </w:rPr>
        <w:t>6. Составляющие и компоненты Системы</w:t>
      </w:r>
    </w:p>
    <w:p w14:paraId="74A706C2" w14:textId="77777777" w:rsidR="00E82F49" w:rsidRPr="009A581D" w:rsidRDefault="00000000" w:rsidP="009A581D">
      <w:pPr>
        <w:pStyle w:val="21"/>
        <w:spacing w:line="360" w:lineRule="auto"/>
        <w:rPr>
          <w:lang w:val="ru-RU"/>
        </w:rPr>
      </w:pPr>
      <w:r w:rsidRPr="009A581D">
        <w:rPr>
          <w:lang w:val="ru-RU"/>
        </w:rPr>
        <w:t>6.1. Внешние поверхности</w:t>
      </w:r>
    </w:p>
    <w:p w14:paraId="46BB38BD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lang w:val="ru-RU"/>
        </w:rPr>
        <w:t xml:space="preserve">Без авторизации доступны только узкие программные точки: публичная </w:t>
      </w:r>
      <w:r>
        <w:t>RSS</w:t>
      </w:r>
      <w:r w:rsidRPr="009A581D">
        <w:rPr>
          <w:lang w:val="ru-RU"/>
        </w:rPr>
        <w:t xml:space="preserve">-лента опубликованных материалов «ИИ редакции» (для импорта в Дзен, защищена токеном), встраиваемые </w:t>
      </w:r>
      <w:r>
        <w:t>JS</w:t>
      </w:r>
      <w:r w:rsidRPr="009A581D">
        <w:rPr>
          <w:lang w:val="ru-RU"/>
        </w:rPr>
        <w:t xml:space="preserve">-виджеты функций Системы для внешних сайтов и двусторонний </w:t>
      </w:r>
      <w:r>
        <w:t>Telegram</w:t>
      </w:r>
      <w:r w:rsidRPr="009A581D">
        <w:rPr>
          <w:lang w:val="ru-RU"/>
        </w:rPr>
        <w:t xml:space="preserve">-бридж. Полноценного публичного контент-сайта Система не содержит — основной интерфейс работает в </w:t>
      </w:r>
      <w:r>
        <w:t>CMS</w:t>
      </w:r>
      <w:r w:rsidRPr="009A581D">
        <w:rPr>
          <w:lang w:val="ru-RU"/>
        </w:rPr>
        <w:t xml:space="preserve"> за авторизацией.</w:t>
      </w:r>
    </w:p>
    <w:p w14:paraId="177C72AB" w14:textId="77777777" w:rsidR="00E82F49" w:rsidRPr="009A581D" w:rsidRDefault="00000000" w:rsidP="009A581D">
      <w:pPr>
        <w:pStyle w:val="21"/>
        <w:spacing w:line="360" w:lineRule="auto"/>
        <w:rPr>
          <w:lang w:val="ru-RU"/>
        </w:rPr>
      </w:pPr>
      <w:r w:rsidRPr="009A581D">
        <w:rPr>
          <w:lang w:val="ru-RU"/>
        </w:rPr>
        <w:t>6.2. Разделы системы управления (</w:t>
      </w:r>
      <w:r>
        <w:t>CMS</w:t>
      </w:r>
      <w:r w:rsidRPr="009A581D">
        <w:rPr>
          <w:lang w:val="ru-RU"/>
        </w:rPr>
        <w:t>)</w:t>
      </w:r>
    </w:p>
    <w:p w14:paraId="1C47D2F4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6.2.1. ИИ-ассистент (Чаты). </w:t>
      </w:r>
      <w:r w:rsidRPr="009A581D">
        <w:rPr>
          <w:lang w:val="ru-RU"/>
        </w:rPr>
        <w:t xml:space="preserve">Личные, проектные (групповые) и связанные с </w:t>
      </w:r>
      <w:r>
        <w:t>Telegram</w:t>
      </w:r>
      <w:r w:rsidRPr="009A581D">
        <w:rPr>
          <w:lang w:val="ru-RU"/>
        </w:rPr>
        <w:t xml:space="preserve"> чаты с ИИ-ассистентом; ассистент вызывает инструменты (поиск по документам, данные проектов, планировщик и др.) в цикле рассуждения.</w:t>
      </w:r>
    </w:p>
    <w:p w14:paraId="0A74A366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lastRenderedPageBreak/>
        <w:t xml:space="preserve">6.2.2. Работа с источником / Рерайтинг. </w:t>
      </w:r>
      <w:r w:rsidRPr="009A581D">
        <w:rPr>
          <w:lang w:val="ru-RU"/>
        </w:rPr>
        <w:t xml:space="preserve">Обработка текста, ссылки или документа по выбранной цепочке промптов; рерайтинг подборок новостей из выбранных </w:t>
      </w:r>
      <w:r>
        <w:t>RSS</w:t>
      </w:r>
      <w:r w:rsidRPr="009A581D">
        <w:rPr>
          <w:lang w:val="ru-RU"/>
        </w:rPr>
        <w:t xml:space="preserve">-лент и </w:t>
      </w:r>
      <w:r>
        <w:t>Telegram</w:t>
      </w:r>
      <w:r w:rsidRPr="009A581D">
        <w:rPr>
          <w:lang w:val="ru-RU"/>
        </w:rPr>
        <w:t>-каналов за период.</w:t>
      </w:r>
    </w:p>
    <w:p w14:paraId="37AD41D8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6.2.3. Библиотека промптов. </w:t>
      </w:r>
      <w:r w:rsidRPr="009A581D">
        <w:rPr>
          <w:lang w:val="ru-RU"/>
        </w:rPr>
        <w:t>Личный каталог промптов (обработки, отбора, анализа, служебных), выбираемых при обработке материалов.</w:t>
      </w:r>
    </w:p>
    <w:p w14:paraId="0CC3C161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6.2.4. Источники для рерайтинга. </w:t>
      </w:r>
      <w:r w:rsidRPr="009A581D">
        <w:rPr>
          <w:lang w:val="ru-RU"/>
        </w:rPr>
        <w:t xml:space="preserve">Управление </w:t>
      </w:r>
      <w:r>
        <w:t>Telegram</w:t>
      </w:r>
      <w:r w:rsidRPr="009A581D">
        <w:rPr>
          <w:lang w:val="ru-RU"/>
        </w:rPr>
        <w:t xml:space="preserve">-каналами и </w:t>
      </w:r>
      <w:r>
        <w:t>RSS</w:t>
      </w:r>
      <w:r w:rsidRPr="009A581D">
        <w:rPr>
          <w:lang w:val="ru-RU"/>
        </w:rPr>
        <w:t xml:space="preserve">-лентами пользователя, их группировка; подписки на </w:t>
      </w:r>
      <w:r>
        <w:t>Telegram</w:t>
      </w:r>
      <w:r w:rsidRPr="009A581D">
        <w:rPr>
          <w:lang w:val="ru-RU"/>
        </w:rPr>
        <w:t>-каналы.</w:t>
      </w:r>
    </w:p>
    <w:p w14:paraId="4CDE6BC5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6.2.5. Генерация видео. </w:t>
      </w:r>
      <w:r w:rsidRPr="009A581D">
        <w:rPr>
          <w:lang w:val="ru-RU"/>
        </w:rPr>
        <w:t>Создание видео с ИИ-ведущим по тексту (озвучка и синтез изображения).</w:t>
      </w:r>
    </w:p>
    <w:p w14:paraId="0BD953FD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6.2.6. Распознавание речи. </w:t>
      </w:r>
      <w:r w:rsidRPr="009A581D">
        <w:rPr>
          <w:lang w:val="ru-RU"/>
        </w:rPr>
        <w:t>Транскрибация загруженных аудио- и видеофайлов в текст со статус-машиной обработки.</w:t>
      </w:r>
    </w:p>
    <w:p w14:paraId="2B77C835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6.2.7. Проекты (база знаний и анализ). </w:t>
      </w:r>
      <w:r w:rsidRPr="009A581D">
        <w:rPr>
          <w:lang w:val="ru-RU"/>
        </w:rPr>
        <w:t xml:space="preserve">Ведение проектов: документы (транскрибации, анализ кода, выгрузки задач, история чатов, прочие) с эмбеддингами и семантическим поиском; привязка </w:t>
      </w:r>
      <w:r>
        <w:t>Telegram</w:t>
      </w:r>
      <w:r w:rsidRPr="009A581D">
        <w:rPr>
          <w:lang w:val="ru-RU"/>
        </w:rPr>
        <w:t>-источников, участников и каналов; групповой чат проекта.</w:t>
      </w:r>
    </w:p>
    <w:p w14:paraId="2D48750B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6.2.8. ИИ редакция. </w:t>
      </w:r>
      <w:r w:rsidRPr="009A581D">
        <w:rPr>
          <w:lang w:val="ru-RU"/>
        </w:rPr>
        <w:t xml:space="preserve">Конвейер ИИ-агентов уровня проекта (шеф-редактор, фактчекер, корректор и др.), который готовит, проверяет и публикует материалы; автопубликация в </w:t>
      </w:r>
      <w:r>
        <w:t>Telegram</w:t>
      </w:r>
      <w:r w:rsidRPr="009A581D">
        <w:rPr>
          <w:lang w:val="ru-RU"/>
        </w:rPr>
        <w:t xml:space="preserve"> и Дзен.</w:t>
      </w:r>
    </w:p>
    <w:p w14:paraId="4FBEEE07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6.2.9. Статистика: рекламный кабинет. </w:t>
      </w:r>
      <w:r w:rsidRPr="009A581D">
        <w:rPr>
          <w:lang w:val="ru-RU"/>
        </w:rPr>
        <w:t>Рекламные отчёты по иерархии «рекламодатель → кампания → ролик → выход в эфир».</w:t>
      </w:r>
    </w:p>
    <w:p w14:paraId="6ABE63DF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6.2.10. Статистика: аудиометрия. </w:t>
      </w:r>
      <w:r w:rsidRPr="009A581D">
        <w:rPr>
          <w:lang w:val="ru-RU"/>
        </w:rPr>
        <w:t>Отчёты о ротациях треков по радиостанциям.</w:t>
      </w:r>
    </w:p>
    <w:p w14:paraId="250A6058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6.2.11. </w:t>
      </w:r>
      <w:r>
        <w:rPr>
          <w:b/>
        </w:rPr>
        <w:t>Wordstat</w:t>
      </w:r>
      <w:r w:rsidRPr="009A581D">
        <w:rPr>
          <w:b/>
          <w:lang w:val="ru-RU"/>
        </w:rPr>
        <w:t xml:space="preserve">. </w:t>
      </w:r>
      <w:r w:rsidRPr="009A581D">
        <w:rPr>
          <w:lang w:val="ru-RU"/>
        </w:rPr>
        <w:t>Частотный анализ поисковых запросов.</w:t>
      </w:r>
    </w:p>
    <w:p w14:paraId="1A1ECCE3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6.2.12. Аудит </w:t>
      </w:r>
      <w:r>
        <w:rPr>
          <w:b/>
        </w:rPr>
        <w:t>Telegram</w:t>
      </w:r>
      <w:r w:rsidRPr="009A581D">
        <w:rPr>
          <w:b/>
          <w:lang w:val="ru-RU"/>
        </w:rPr>
        <w:t xml:space="preserve">. </w:t>
      </w:r>
      <w:r w:rsidRPr="009A581D">
        <w:rPr>
          <w:lang w:val="ru-RU"/>
        </w:rPr>
        <w:t xml:space="preserve">Аудит </w:t>
      </w:r>
      <w:r>
        <w:t>Telegram</w:t>
      </w:r>
      <w:r w:rsidRPr="009A581D">
        <w:rPr>
          <w:lang w:val="ru-RU"/>
        </w:rPr>
        <w:t xml:space="preserve">-каналов (тональность, темы, категории); доступен роли </w:t>
      </w:r>
      <w:r>
        <w:t>SuperAdmin</w:t>
      </w:r>
      <w:r w:rsidRPr="009A581D">
        <w:rPr>
          <w:lang w:val="ru-RU"/>
        </w:rPr>
        <w:t>.</w:t>
      </w:r>
    </w:p>
    <w:p w14:paraId="2AA6EDCB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6.2.13. Файлы / Хранилище. </w:t>
      </w:r>
      <w:r w:rsidRPr="009A581D">
        <w:rPr>
          <w:lang w:val="ru-RU"/>
        </w:rPr>
        <w:t>Полиморфное файловое хранилище с конвертацией документов в текстовый формат.</w:t>
      </w:r>
    </w:p>
    <w:p w14:paraId="60FD499A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6.2.14. Библиотека. </w:t>
      </w:r>
      <w:r w:rsidRPr="009A581D">
        <w:rPr>
          <w:lang w:val="ru-RU"/>
        </w:rPr>
        <w:t>Пользовательские списки и справочники.</w:t>
      </w:r>
    </w:p>
    <w:p w14:paraId="6FFD965F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6.2.15. Пользователи. </w:t>
      </w:r>
      <w:r w:rsidRPr="009A581D">
        <w:rPr>
          <w:lang w:val="ru-RU"/>
        </w:rPr>
        <w:t>Создание и приглашение пользователей, назначение прав, статусы (в т.ч. блокировка).</w:t>
      </w:r>
    </w:p>
    <w:p w14:paraId="6E7EBD42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lastRenderedPageBreak/>
        <w:t xml:space="preserve">6.2.16. Роли. </w:t>
      </w:r>
      <w:r w:rsidRPr="009A581D">
        <w:rPr>
          <w:lang w:val="ru-RU"/>
        </w:rPr>
        <w:t>Редактирование матриц прав ролей (разделы, модели, инструменты) и применение их к пользователям.</w:t>
      </w:r>
    </w:p>
    <w:p w14:paraId="0F2F8BD5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6.2.17. Аналитика. </w:t>
      </w:r>
      <w:r w:rsidRPr="009A581D">
        <w:rPr>
          <w:lang w:val="ru-RU"/>
        </w:rPr>
        <w:t>Сводная аналитика по данным Системы.</w:t>
      </w:r>
    </w:p>
    <w:p w14:paraId="2E1431C9" w14:textId="77777777" w:rsidR="00E82F49" w:rsidRPr="009A581D" w:rsidRDefault="00000000" w:rsidP="009A581D">
      <w:pPr>
        <w:spacing w:line="360" w:lineRule="auto"/>
        <w:jc w:val="both"/>
        <w:rPr>
          <w:lang w:val="ru-RU"/>
        </w:rPr>
      </w:pPr>
      <w:r w:rsidRPr="009A581D">
        <w:rPr>
          <w:b/>
          <w:lang w:val="ru-RU"/>
        </w:rPr>
        <w:t xml:space="preserve">6.2.18. </w:t>
      </w:r>
      <w:r>
        <w:rPr>
          <w:b/>
        </w:rPr>
        <w:t>Telegram</w:t>
      </w:r>
      <w:r w:rsidRPr="009A581D">
        <w:rPr>
          <w:b/>
          <w:lang w:val="ru-RU"/>
        </w:rPr>
        <w:t xml:space="preserve">-аккаунты (администрирование). </w:t>
      </w:r>
      <w:r w:rsidRPr="009A581D">
        <w:rPr>
          <w:lang w:val="ru-RU"/>
        </w:rPr>
        <w:t xml:space="preserve">Управление несколькими </w:t>
      </w:r>
      <w:r>
        <w:t>Telegram</w:t>
      </w:r>
      <w:r w:rsidRPr="009A581D">
        <w:rPr>
          <w:lang w:val="ru-RU"/>
        </w:rPr>
        <w:t>-аккаунтами для сбора данных.</w:t>
      </w:r>
    </w:p>
    <w:sectPr w:rsidR="00E82F49" w:rsidRPr="009A581D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4048880">
    <w:abstractNumId w:val="8"/>
  </w:num>
  <w:num w:numId="2" w16cid:durableId="486434091">
    <w:abstractNumId w:val="6"/>
  </w:num>
  <w:num w:numId="3" w16cid:durableId="1386638011">
    <w:abstractNumId w:val="5"/>
  </w:num>
  <w:num w:numId="4" w16cid:durableId="1358462086">
    <w:abstractNumId w:val="4"/>
  </w:num>
  <w:num w:numId="5" w16cid:durableId="814370221">
    <w:abstractNumId w:val="7"/>
  </w:num>
  <w:num w:numId="6" w16cid:durableId="575937018">
    <w:abstractNumId w:val="3"/>
  </w:num>
  <w:num w:numId="7" w16cid:durableId="610552568">
    <w:abstractNumId w:val="2"/>
  </w:num>
  <w:num w:numId="8" w16cid:durableId="1692686442">
    <w:abstractNumId w:val="1"/>
  </w:num>
  <w:num w:numId="9" w16cid:durableId="81645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A581D"/>
    <w:rsid w:val="00A2496C"/>
    <w:rsid w:val="00AA1D8D"/>
    <w:rsid w:val="00B47730"/>
    <w:rsid w:val="00CB0664"/>
    <w:rsid w:val="00E82F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B2042"/>
  <w14:defaultImageDpi w14:val="300"/>
  <w15:docId w15:val="{0449CCF5-070C-4049-807D-41D99311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morkovka</cp:lastModifiedBy>
  <cp:revision>2</cp:revision>
  <dcterms:created xsi:type="dcterms:W3CDTF">2013-12-23T23:15:00Z</dcterms:created>
  <dcterms:modified xsi:type="dcterms:W3CDTF">2026-07-22T12:27:00Z</dcterms:modified>
  <cp:category/>
</cp:coreProperties>
</file>