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7BE9F" w14:textId="77777777" w:rsidR="00D30619" w:rsidRPr="00F9406C" w:rsidRDefault="00000000">
      <w:pPr>
        <w:jc w:val="center"/>
        <w:rPr>
          <w:lang w:val="ru-RU"/>
        </w:rPr>
      </w:pPr>
      <w:r w:rsidRPr="00F9406C">
        <w:rPr>
          <w:b/>
          <w:sz w:val="32"/>
          <w:lang w:val="ru-RU"/>
        </w:rPr>
        <w:t>Инструкция по эксплуатации экземпляра программного обеспечения</w:t>
      </w:r>
    </w:p>
    <w:p w14:paraId="4438C7AE" w14:textId="77777777" w:rsidR="00D30619" w:rsidRPr="00F9406C" w:rsidRDefault="00000000">
      <w:pPr>
        <w:jc w:val="center"/>
        <w:rPr>
          <w:lang w:val="ru-RU"/>
        </w:rPr>
      </w:pPr>
      <w:r w:rsidRPr="00F9406C">
        <w:rPr>
          <w:b/>
          <w:sz w:val="26"/>
          <w:lang w:val="ru-RU"/>
        </w:rPr>
        <w:t>Система сбора, анализа, обработки деловых и проектных отношений и взаимосвязей с интегрированными мультимодальными нейросетями и генеративными моделями</w:t>
      </w:r>
    </w:p>
    <w:p w14:paraId="515149F5" w14:textId="77777777" w:rsidR="00D30619" w:rsidRPr="00F9406C" w:rsidRDefault="00D30619">
      <w:pPr>
        <w:rPr>
          <w:lang w:val="ru-RU"/>
        </w:rPr>
      </w:pPr>
    </w:p>
    <w:p w14:paraId="368F1D7D" w14:textId="3DAE24D7" w:rsidR="00D30619" w:rsidRDefault="00000000" w:rsidP="00133E1E">
      <w:pPr>
        <w:spacing w:line="360" w:lineRule="auto"/>
        <w:jc w:val="both"/>
      </w:pPr>
      <w:r w:rsidRPr="00F9406C">
        <w:rPr>
          <w:lang w:val="ru-RU"/>
        </w:rPr>
        <w:t>Настоящая инструкция предназначена для эксплуатации экземпляра программного обеспечения «Система сбора, анализа, обработки деловых и проектных отношений и взаимосвязей с интегрированными мультимодальными нейросетями и генеративными моделями» (далее — Система), предоставленного для проведения экспертной проверки. Все изображения интерфейса приведены в виде плейсхолдеров: на их место вставляются реальные снимки экрана работающего экземпляра Системы.</w:t>
      </w:r>
    </w:p>
    <w:p w14:paraId="06925903" w14:textId="77777777" w:rsidR="00F9406C" w:rsidRDefault="00F9406C">
      <w:pPr>
        <w:jc w:val="both"/>
      </w:pPr>
    </w:p>
    <w:p w14:paraId="600492EC" w14:textId="0F61AD07" w:rsidR="00F9406C" w:rsidRPr="00F9406C" w:rsidRDefault="00F9406C" w:rsidP="00F9406C">
      <w:pPr>
        <w:pStyle w:val="1"/>
        <w:rPr>
          <w:lang w:val="ru-RU"/>
        </w:rPr>
      </w:pPr>
      <w:r w:rsidRPr="00F9406C">
        <w:rPr>
          <w:lang w:val="ru-RU"/>
        </w:rPr>
        <w:t xml:space="preserve">1. </w:t>
      </w:r>
      <w:r w:rsidRPr="00F9406C">
        <w:rPr>
          <w:lang w:val="ru-RU"/>
        </w:rPr>
        <w:t>Подготовка к запуску</w:t>
      </w:r>
    </w:p>
    <w:p w14:paraId="2A85641E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Экземпляр программного обеспечения, который эксперт сможет запустить у себя в изолированной тестовой среде, подготовлен в виде преднастроенного образа виртуальной машины.</w:t>
      </w:r>
    </w:p>
    <w:p w14:paraId="5A5E9A74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Virtualbox рассчитан на очень старые операционные системы. Современные же ОС загружаются с использованием efi. Поэтому в настройках рекомендуется принудительно поставить галочку efi.</w:t>
      </w:r>
    </w:p>
    <w:p w14:paraId="7A583FE2" w14:textId="77777777" w:rsidR="00F9406C" w:rsidRPr="00133E1E" w:rsidRDefault="00F9406C" w:rsidP="00F9406C">
      <w:pPr>
        <w:spacing w:line="360" w:lineRule="auto"/>
        <w:jc w:val="both"/>
        <w:rPr>
          <w:highlight w:val="yellow"/>
          <w:lang w:val="ru-RU"/>
        </w:rPr>
      </w:pPr>
      <w:r w:rsidRPr="00133E1E">
        <w:rPr>
          <w:lang w:val="ru-RU"/>
        </w:rPr>
        <w:t xml:space="preserve">Образ предоставляется в виде архива с паролем </w:t>
      </w:r>
      <w:hyperlink r:id="rId6" w:history="1">
        <w:r w:rsidRPr="00133E1E">
          <w:rPr>
            <w:highlight w:val="yellow"/>
            <w:lang w:val="ru-RU"/>
          </w:rPr>
          <w:t>https://mm.equityalgorithm.com/ikt/mm.zip</w:t>
        </w:r>
      </w:hyperlink>
      <w:r w:rsidRPr="00133E1E">
        <w:rPr>
          <w:highlight w:val="yellow"/>
          <w:lang w:val="ru-RU"/>
        </w:rPr>
        <w:t xml:space="preserve"> </w:t>
      </w:r>
    </w:p>
    <w:p w14:paraId="2697C8F3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highlight w:val="yellow"/>
          <w:lang w:val="ru-RU"/>
        </w:rPr>
        <w:t>Пароль к архиву: QaPv2XOD2Pz6rPgaZkTHB</w:t>
      </w:r>
    </w:p>
    <w:p w14:paraId="2804D1E5" w14:textId="3856DEC1" w:rsidR="00F9406C" w:rsidRPr="00F9406C" w:rsidRDefault="00F9406C" w:rsidP="00F9406C">
      <w:pPr>
        <w:pStyle w:val="1"/>
        <w:tabs>
          <w:tab w:val="num" w:pos="360"/>
        </w:tabs>
        <w:rPr>
          <w:lang w:val="ru-RU"/>
        </w:rPr>
      </w:pPr>
      <w:r>
        <w:t xml:space="preserve">2. </w:t>
      </w:r>
      <w:r w:rsidRPr="00F9406C">
        <w:rPr>
          <w:lang w:val="ru-RU"/>
        </w:rPr>
        <w:t>Серверная часть инструкции</w:t>
      </w:r>
    </w:p>
    <w:p w14:paraId="5BF4F9D5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При старте виртуальная машина напишет ip-адрес, который получит. Этот ip-адрес надо добавить в локальный файл hosts в виде:</w:t>
      </w:r>
    </w:p>
    <w:p w14:paraId="602150B2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highlight w:val="yellow"/>
          <w:lang w:val="ru-RU"/>
        </w:rPr>
        <w:t>&lt;ip&gt; local.mbroadcast.ru</w:t>
      </w:r>
    </w:p>
    <w:p w14:paraId="7921A137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После чего в браузере можно будет отрыть сайт по ссылке:</w:t>
      </w:r>
    </w:p>
    <w:p w14:paraId="1A32B20B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hyperlink r:id="rId7" w:history="1">
        <w:r w:rsidRPr="00133E1E">
          <w:rPr>
            <w:highlight w:val="yellow"/>
            <w:lang w:val="ru-RU"/>
          </w:rPr>
          <w:t>https://local.mbroadcast.ru/</w:t>
        </w:r>
      </w:hyperlink>
    </w:p>
    <w:p w14:paraId="25E51B9A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lastRenderedPageBreak/>
        <w:t>Если требуется, то внутрь виртуальной машины можно зайти по ssh:</w:t>
      </w:r>
    </w:p>
    <w:p w14:paraId="6160A0FC" w14:textId="77777777" w:rsidR="00F9406C" w:rsidRPr="00133E1E" w:rsidRDefault="00F9406C" w:rsidP="00F9406C">
      <w:pPr>
        <w:spacing w:line="360" w:lineRule="auto"/>
        <w:jc w:val="both"/>
        <w:rPr>
          <w:highlight w:val="yellow"/>
          <w:lang w:val="ru-RU"/>
        </w:rPr>
      </w:pPr>
      <w:r w:rsidRPr="00133E1E">
        <w:rPr>
          <w:highlight w:val="yellow"/>
          <w:lang w:val="ru-RU"/>
        </w:rPr>
        <w:t>пользователь root, пароль passwd</w:t>
      </w:r>
    </w:p>
    <w:p w14:paraId="530CCCAC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highlight w:val="yellow"/>
          <w:lang w:val="ru-RU"/>
        </w:rPr>
        <w:t>пользователь user, пароль passwd</w:t>
      </w:r>
    </w:p>
    <w:p w14:paraId="2D14B641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Старт всех скриптов и процессов осуществляется под пользователем user. Код доступен под пользователем user.</w:t>
      </w:r>
    </w:p>
    <w:p w14:paraId="0EA0B84E" w14:textId="77777777" w:rsidR="00F9406C" w:rsidRPr="00133E1E" w:rsidRDefault="00F9406C" w:rsidP="00F9406C">
      <w:pPr>
        <w:spacing w:line="360" w:lineRule="auto"/>
        <w:jc w:val="both"/>
        <w:rPr>
          <w:highlight w:val="yellow"/>
          <w:lang w:val="ru-RU"/>
        </w:rPr>
      </w:pPr>
      <w:r w:rsidRPr="00133E1E">
        <w:rPr>
          <w:highlight w:val="yellow"/>
          <w:lang w:val="ru-RU"/>
        </w:rPr>
        <w:t>Бэкенд node+ruby+postgresql</w:t>
      </w:r>
    </w:p>
    <w:p w14:paraId="46CB2FE6" w14:textId="77777777" w:rsidR="00F9406C" w:rsidRPr="00133E1E" w:rsidRDefault="00F9406C" w:rsidP="00F9406C">
      <w:pPr>
        <w:spacing w:line="360" w:lineRule="auto"/>
        <w:jc w:val="both"/>
        <w:rPr>
          <w:highlight w:val="yellow"/>
          <w:lang w:val="ru-RU"/>
        </w:rPr>
      </w:pPr>
      <w:r w:rsidRPr="00133E1E">
        <w:rPr>
          <w:highlight w:val="yellow"/>
          <w:lang w:val="ru-RU"/>
        </w:rPr>
        <w:t>Картинки и видео файлы bank+ffmpeg+mongodb</w:t>
      </w:r>
    </w:p>
    <w:p w14:paraId="7BF960CB" w14:textId="1D342A3B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highlight w:val="yellow"/>
          <w:lang w:val="ru-RU"/>
        </w:rPr>
        <w:t xml:space="preserve">Снаружи </w:t>
      </w:r>
      <w:r w:rsidR="00133E1E" w:rsidRPr="00133E1E">
        <w:rPr>
          <w:highlight w:val="yellow"/>
        </w:rPr>
        <w:t>N</w:t>
      </w:r>
      <w:r w:rsidRPr="00133E1E">
        <w:rPr>
          <w:highlight w:val="yellow"/>
          <w:lang w:val="ru-RU"/>
        </w:rPr>
        <w:t>ginx</w:t>
      </w:r>
    </w:p>
    <w:p w14:paraId="29034E93" w14:textId="2A8686EF" w:rsidR="00F9406C" w:rsidRPr="00F9406C" w:rsidRDefault="00F9406C" w:rsidP="00F9406C">
      <w:pPr>
        <w:pStyle w:val="1"/>
        <w:tabs>
          <w:tab w:val="num" w:pos="360"/>
        </w:tabs>
        <w:rPr>
          <w:lang w:val="ru-RU"/>
        </w:rPr>
      </w:pPr>
      <w:r w:rsidRPr="00F9406C">
        <w:rPr>
          <w:lang w:val="ru-RU"/>
        </w:rPr>
        <w:t xml:space="preserve">3. </w:t>
      </w:r>
      <w:r w:rsidRPr="00F9406C">
        <w:rPr>
          <w:lang w:val="ru-RU"/>
        </w:rPr>
        <w:t>Инструкция по использованию в браузере</w:t>
      </w:r>
    </w:p>
    <w:p w14:paraId="7EEA1692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Так как образ виртуальной машины не может рассылать письма, необходимые для завершения регистрации и подтверждения электронной почты, для использования Платформы предлагается использовать созданных пользователей:</w:t>
      </w:r>
    </w:p>
    <w:p w14:paraId="7570CF94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Администратор:</w:t>
      </w:r>
    </w:p>
    <w:p w14:paraId="03D85A61" w14:textId="77777777" w:rsidR="00F9406C" w:rsidRPr="00133E1E" w:rsidRDefault="00F9406C" w:rsidP="00F9406C">
      <w:pPr>
        <w:spacing w:line="360" w:lineRule="auto"/>
        <w:jc w:val="both"/>
        <w:rPr>
          <w:highlight w:val="yellow"/>
          <w:lang w:val="ru-RU"/>
        </w:rPr>
      </w:pPr>
      <w:r w:rsidRPr="00133E1E">
        <w:rPr>
          <w:highlight w:val="yellow"/>
          <w:lang w:val="ru-RU"/>
        </w:rPr>
        <w:t xml:space="preserve">После перехода по ссылке </w:t>
      </w:r>
      <w:hyperlink r:id="rId8" w:history="1">
        <w:r w:rsidRPr="00133E1E">
          <w:rPr>
            <w:highlight w:val="yellow"/>
            <w:lang w:val="ru-RU"/>
          </w:rPr>
          <w:t>https://local.mbroadcast.ru/auth/login/</w:t>
        </w:r>
      </w:hyperlink>
      <w:r w:rsidRPr="00133E1E">
        <w:rPr>
          <w:highlight w:val="yellow"/>
          <w:lang w:val="ru-RU"/>
        </w:rPr>
        <w:t xml:space="preserve"> </w:t>
      </w:r>
    </w:p>
    <w:p w14:paraId="1E0FE739" w14:textId="77777777" w:rsidR="00F9406C" w:rsidRPr="00133E1E" w:rsidRDefault="00F9406C" w:rsidP="00F9406C">
      <w:pPr>
        <w:spacing w:line="360" w:lineRule="auto"/>
        <w:jc w:val="both"/>
        <w:rPr>
          <w:lang w:val="ru-RU"/>
        </w:rPr>
      </w:pPr>
      <w:bookmarkStart w:id="0" w:name="OLE_LINK4"/>
      <w:bookmarkStart w:id="1" w:name="OLE_LINK5"/>
      <w:r w:rsidRPr="00133E1E">
        <w:rPr>
          <w:highlight w:val="yellow"/>
          <w:lang w:val="ru-RU"/>
        </w:rPr>
        <w:t>необходимо использовать логин test.email@gmail.com, пароль d732de275cb5d4d88d28</w:t>
      </w:r>
    </w:p>
    <w:bookmarkEnd w:id="0"/>
    <w:bookmarkEnd w:id="1"/>
    <w:p w14:paraId="2B6B03F3" w14:textId="614FFDF1" w:rsidR="00D30619" w:rsidRPr="00F9406C" w:rsidRDefault="00F9406C">
      <w:pPr>
        <w:pStyle w:val="1"/>
        <w:rPr>
          <w:lang w:val="ru-RU"/>
        </w:rPr>
      </w:pPr>
      <w:r>
        <w:t>4</w:t>
      </w:r>
      <w:r w:rsidR="00000000" w:rsidRPr="00F9406C">
        <w:rPr>
          <w:lang w:val="ru-RU"/>
        </w:rPr>
        <w:t>. Авторизация</w:t>
      </w:r>
    </w:p>
    <w:p w14:paraId="43835C51" w14:textId="77777777" w:rsidR="00D30619" w:rsidRPr="00133E1E" w:rsidRDefault="00000000" w:rsidP="00133E1E">
      <w:pPr>
        <w:spacing w:line="360" w:lineRule="auto"/>
        <w:jc w:val="both"/>
        <w:rPr>
          <w:lang w:val="ru-RU"/>
        </w:rPr>
      </w:pPr>
      <w:r w:rsidRPr="00F9406C">
        <w:rPr>
          <w:lang w:val="ru-RU"/>
        </w:rPr>
        <w:t xml:space="preserve">Вход в Систему осуществляется по адресу электронной почты и паролю, полученным в приглашении. </w:t>
      </w:r>
      <w:r w:rsidRPr="00133E1E">
        <w:rPr>
          <w:lang w:val="ru-RU"/>
        </w:rPr>
        <w:t>Самостоятельная регистрация не предусмотрена.</w:t>
      </w:r>
    </w:p>
    <w:p w14:paraId="7D6C766D" w14:textId="18253D7B" w:rsidR="00D30619" w:rsidRPr="00F9406C" w:rsidRDefault="00856368">
      <w:pPr>
        <w:rPr>
          <w:lang w:val="ru-RU"/>
        </w:rPr>
      </w:pPr>
      <w:r>
        <w:rPr>
          <w:noProof/>
        </w:rPr>
        <w:drawing>
          <wp:inline distT="0" distB="0" distL="0" distR="0" wp14:anchorId="67B45C17" wp14:editId="59212514">
            <wp:extent cx="5067300" cy="2004117"/>
            <wp:effectExtent l="19050" t="19050" r="19050" b="15240"/>
            <wp:docPr id="18254850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850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4615" cy="20070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5083A18" w14:textId="79348D5A" w:rsidR="00D30619" w:rsidRPr="00F9406C" w:rsidRDefault="00F9406C">
      <w:pPr>
        <w:pStyle w:val="1"/>
        <w:rPr>
          <w:lang w:val="ru-RU"/>
        </w:rPr>
      </w:pPr>
      <w:r w:rsidRPr="00F9406C">
        <w:rPr>
          <w:lang w:val="ru-RU"/>
        </w:rPr>
        <w:lastRenderedPageBreak/>
        <w:t>5</w:t>
      </w:r>
      <w:r w:rsidR="00000000" w:rsidRPr="00F9406C">
        <w:rPr>
          <w:lang w:val="ru-RU"/>
        </w:rPr>
        <w:t>. Вход в систему управления (</w:t>
      </w:r>
      <w:r w:rsidR="00000000">
        <w:t>CMS</w:t>
      </w:r>
      <w:r w:rsidR="00000000" w:rsidRPr="00F9406C">
        <w:rPr>
          <w:lang w:val="ru-RU"/>
        </w:rPr>
        <w:t>)</w:t>
      </w:r>
    </w:p>
    <w:p w14:paraId="67A9865B" w14:textId="77777777" w:rsidR="00D30619" w:rsidRPr="00133E1E" w:rsidRDefault="00000000" w:rsidP="00133E1E">
      <w:pPr>
        <w:spacing w:line="360" w:lineRule="auto"/>
        <w:jc w:val="both"/>
        <w:rPr>
          <w:lang w:val="ru-RU"/>
        </w:rPr>
      </w:pPr>
      <w:r w:rsidRPr="00F9406C">
        <w:rPr>
          <w:lang w:val="ru-RU"/>
        </w:rPr>
        <w:t xml:space="preserve">После авторизации пользователь попадает в систему управления. Слева расположено меню разделов; состав меню зависит от роли и выданных прав (матрица разделов). </w:t>
      </w:r>
      <w:r w:rsidRPr="00133E1E">
        <w:rPr>
          <w:lang w:val="ru-RU"/>
        </w:rPr>
        <w:t>Переход между разделами выполняется кликом по пунктам меню.</w:t>
      </w:r>
    </w:p>
    <w:p w14:paraId="11110F56" w14:textId="53757367" w:rsidR="00D30619" w:rsidRPr="00F9406C" w:rsidRDefault="00856368">
      <w:pPr>
        <w:rPr>
          <w:lang w:val="ru-RU"/>
        </w:rPr>
      </w:pPr>
      <w:r>
        <w:rPr>
          <w:noProof/>
        </w:rPr>
        <w:drawing>
          <wp:inline distT="0" distB="0" distL="0" distR="0" wp14:anchorId="5BD9107B" wp14:editId="5BD517A6">
            <wp:extent cx="4953000" cy="3988369"/>
            <wp:effectExtent l="19050" t="19050" r="19050" b="12700"/>
            <wp:docPr id="7852013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2013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7690" cy="399214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686212B" w14:textId="086A4EB8" w:rsidR="00D30619" w:rsidRPr="00F9406C" w:rsidRDefault="00F9406C">
      <w:pPr>
        <w:pStyle w:val="1"/>
        <w:rPr>
          <w:lang w:val="ru-RU"/>
        </w:rPr>
      </w:pPr>
      <w:r w:rsidRPr="004C5E6C">
        <w:rPr>
          <w:lang w:val="ru-RU"/>
        </w:rPr>
        <w:t>6</w:t>
      </w:r>
      <w:r w:rsidR="00000000" w:rsidRPr="00F9406C">
        <w:rPr>
          <w:lang w:val="ru-RU"/>
        </w:rPr>
        <w:t>. ИИ-ассистент (Чаты)</w:t>
      </w:r>
    </w:p>
    <w:p w14:paraId="72B36109" w14:textId="3AFA4837" w:rsidR="00D30619" w:rsidRPr="00F9406C" w:rsidRDefault="004C5E6C" w:rsidP="00133E1E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Чат в меню. </w:t>
      </w:r>
      <w:r w:rsidR="00000000" w:rsidRPr="00F9406C">
        <w:rPr>
          <w:lang w:val="ru-RU"/>
        </w:rPr>
        <w:t xml:space="preserve">Раздел предназначен для диалога с единым ИИ-ассистентом. Ассистент отвечает на запросы и при необходимости вызывает инструменты (поиск по документам проекта, получение данных проектов и источников, планирование фоновых задач и др.) в цикле рассуждения. Поддерживаются личные чаты, групповые чаты в рамках проекта и чаты, связанные с </w:t>
      </w:r>
      <w:r w:rsidR="00000000" w:rsidRPr="00133E1E">
        <w:rPr>
          <w:lang w:val="ru-RU"/>
        </w:rPr>
        <w:t>Telegram</w:t>
      </w:r>
      <w:r w:rsidR="00000000" w:rsidRPr="00F9406C">
        <w:rPr>
          <w:lang w:val="ru-RU"/>
        </w:rPr>
        <w:t>.</w:t>
      </w:r>
    </w:p>
    <w:p w14:paraId="669E7E1E" w14:textId="77777777" w:rsidR="00D30619" w:rsidRPr="00133E1E" w:rsidRDefault="00000000" w:rsidP="00133E1E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Для начала работы:</w:t>
      </w:r>
    </w:p>
    <w:p w14:paraId="69593BCF" w14:textId="77777777" w:rsidR="00D30619" w:rsidRPr="00133E1E" w:rsidRDefault="00000000" w:rsidP="00133E1E">
      <w:pPr>
        <w:pStyle w:val="ae"/>
        <w:numPr>
          <w:ilvl w:val="0"/>
          <w:numId w:val="12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создайте новый чат;</w:t>
      </w:r>
    </w:p>
    <w:p w14:paraId="1F585828" w14:textId="77777777" w:rsidR="00D30619" w:rsidRPr="00133E1E" w:rsidRDefault="00000000" w:rsidP="00133E1E">
      <w:pPr>
        <w:pStyle w:val="ae"/>
        <w:numPr>
          <w:ilvl w:val="0"/>
          <w:numId w:val="12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выберите модель генерации из числа доступных вашей роли;</w:t>
      </w:r>
    </w:p>
    <w:p w14:paraId="1B3AB5D9" w14:textId="77777777" w:rsidR="00D30619" w:rsidRPr="00133E1E" w:rsidRDefault="00000000" w:rsidP="00133E1E">
      <w:pPr>
        <w:pStyle w:val="ae"/>
        <w:numPr>
          <w:ilvl w:val="0"/>
          <w:numId w:val="12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введите запрос в поле сообщения и отправьте его;</w:t>
      </w:r>
    </w:p>
    <w:p w14:paraId="365F0BF7" w14:textId="77777777" w:rsidR="00D30619" w:rsidRPr="00133E1E" w:rsidRDefault="00000000" w:rsidP="00133E1E">
      <w:pPr>
        <w:pStyle w:val="ae"/>
        <w:numPr>
          <w:ilvl w:val="0"/>
          <w:numId w:val="12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lastRenderedPageBreak/>
        <w:t>при необходимости ассистент выполнит инструменты и вернёт результат с учётом данных Системы.</w:t>
      </w:r>
    </w:p>
    <w:p w14:paraId="7E24D4C7" w14:textId="7C139E9F" w:rsidR="00D30619" w:rsidRPr="00F9406C" w:rsidRDefault="00FD64B3">
      <w:pPr>
        <w:rPr>
          <w:lang w:val="ru-RU"/>
        </w:rPr>
      </w:pPr>
      <w:r w:rsidRPr="00FD64B3">
        <w:rPr>
          <w:lang w:val="ru-RU"/>
        </w:rPr>
        <w:drawing>
          <wp:inline distT="0" distB="0" distL="0" distR="0" wp14:anchorId="17B92A75" wp14:editId="261D4495">
            <wp:extent cx="6152515" cy="2731135"/>
            <wp:effectExtent l="19050" t="19050" r="19685" b="12065"/>
            <wp:docPr id="5816422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6422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7311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03DBE3" w14:textId="77777777" w:rsidR="00D30619" w:rsidRDefault="00000000" w:rsidP="00133E1E">
      <w:pPr>
        <w:spacing w:line="360" w:lineRule="auto"/>
        <w:jc w:val="both"/>
        <w:rPr>
          <w:lang w:val="ru-RU"/>
        </w:rPr>
      </w:pPr>
      <w:r w:rsidRPr="00F9406C">
        <w:rPr>
          <w:lang w:val="ru-RU"/>
        </w:rPr>
        <w:t>Планирование фоновых задач (регулярный сбор данных по расписанию) выполняется через ассистента соответствующей командой; список и управление запланированными задачами также доступны через ассистента.</w:t>
      </w:r>
    </w:p>
    <w:p w14:paraId="4DD854BC" w14:textId="70E46DCF" w:rsidR="00FD64B3" w:rsidRPr="00F9406C" w:rsidRDefault="00FD64B3" w:rsidP="00133E1E">
      <w:pPr>
        <w:spacing w:line="360" w:lineRule="auto"/>
        <w:jc w:val="both"/>
        <w:rPr>
          <w:lang w:val="ru-RU"/>
        </w:rPr>
      </w:pPr>
      <w:r>
        <w:rPr>
          <w:noProof/>
        </w:rPr>
        <w:drawing>
          <wp:inline distT="0" distB="0" distL="0" distR="0" wp14:anchorId="06558827" wp14:editId="60EE028A">
            <wp:extent cx="3962400" cy="3781640"/>
            <wp:effectExtent l="19050" t="19050" r="19050" b="28575"/>
            <wp:docPr id="21198791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7915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9159" cy="37880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D178E93" w14:textId="3F4523C4" w:rsidR="00D30619" w:rsidRPr="00F9406C" w:rsidRDefault="00F9406C">
      <w:pPr>
        <w:pStyle w:val="21"/>
        <w:rPr>
          <w:lang w:val="ru-RU"/>
        </w:rPr>
      </w:pPr>
      <w:r w:rsidRPr="00F9406C">
        <w:rPr>
          <w:lang w:val="ru-RU"/>
        </w:rPr>
        <w:lastRenderedPageBreak/>
        <w:t>7</w:t>
      </w:r>
      <w:r w:rsidR="00000000" w:rsidRPr="00F9406C">
        <w:rPr>
          <w:lang w:val="ru-RU"/>
        </w:rPr>
        <w:t>. Работа с источником (рерайтинг вручную)</w:t>
      </w:r>
    </w:p>
    <w:p w14:paraId="4BC56196" w14:textId="69C2F773" w:rsidR="00D30619" w:rsidRDefault="004C5E6C" w:rsidP="00133E1E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ИИ в меню. </w:t>
      </w:r>
      <w:r w:rsidR="00000000" w:rsidRPr="00F9406C">
        <w:rPr>
          <w:lang w:val="ru-RU"/>
        </w:rPr>
        <w:t>Раздел позволяет получить текст, обработанный выбранным промптом, из указанного источника.</w:t>
      </w:r>
    </w:p>
    <w:p w14:paraId="08685834" w14:textId="201A20A4" w:rsidR="004C5E6C" w:rsidRPr="00F9406C" w:rsidRDefault="004C5E6C" w:rsidP="00133E1E">
      <w:pPr>
        <w:spacing w:line="360" w:lineRule="auto"/>
        <w:jc w:val="both"/>
        <w:rPr>
          <w:lang w:val="ru-RU"/>
        </w:rPr>
      </w:pPr>
      <w:r>
        <w:rPr>
          <w:noProof/>
        </w:rPr>
        <w:drawing>
          <wp:inline distT="0" distB="0" distL="0" distR="0" wp14:anchorId="2562FF2F" wp14:editId="43B7BD1E">
            <wp:extent cx="6152515" cy="3338830"/>
            <wp:effectExtent l="19050" t="19050" r="19685" b="13970"/>
            <wp:docPr id="12109032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032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388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E3D9C91" w14:textId="77777777" w:rsidR="00D30619" w:rsidRPr="00F9406C" w:rsidRDefault="00000000" w:rsidP="00133E1E">
      <w:pPr>
        <w:spacing w:line="360" w:lineRule="auto"/>
        <w:jc w:val="both"/>
        <w:rPr>
          <w:lang w:val="ru-RU"/>
        </w:rPr>
      </w:pPr>
      <w:r w:rsidRPr="00F9406C">
        <w:rPr>
          <w:lang w:val="ru-RU"/>
        </w:rPr>
        <w:t>В качестве источника можно выбрать:</w:t>
      </w:r>
    </w:p>
    <w:p w14:paraId="4CAC6827" w14:textId="77777777" w:rsidR="00D30619" w:rsidRPr="00133E1E" w:rsidRDefault="00000000" w:rsidP="00133E1E">
      <w:pPr>
        <w:pStyle w:val="ae"/>
        <w:numPr>
          <w:ilvl w:val="0"/>
          <w:numId w:val="13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текст (вставляется вручную);</w:t>
      </w:r>
    </w:p>
    <w:p w14:paraId="0D247537" w14:textId="77777777" w:rsidR="00D30619" w:rsidRPr="00133E1E" w:rsidRDefault="00000000" w:rsidP="00133E1E">
      <w:pPr>
        <w:pStyle w:val="ae"/>
        <w:numPr>
          <w:ilvl w:val="0"/>
          <w:numId w:val="13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ссылку (URL);</w:t>
      </w:r>
    </w:p>
    <w:p w14:paraId="4AB178AD" w14:textId="77777777" w:rsidR="00D30619" w:rsidRPr="00133E1E" w:rsidRDefault="00000000" w:rsidP="00133E1E">
      <w:pPr>
        <w:pStyle w:val="ae"/>
        <w:numPr>
          <w:ilvl w:val="0"/>
          <w:numId w:val="13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документ в формате Word.</w:t>
      </w:r>
    </w:p>
    <w:p w14:paraId="156F5972" w14:textId="77777777" w:rsidR="00D30619" w:rsidRDefault="00000000" w:rsidP="00133E1E">
      <w:pPr>
        <w:spacing w:line="360" w:lineRule="auto"/>
        <w:jc w:val="both"/>
        <w:rPr>
          <w:lang w:val="ru-RU"/>
        </w:rPr>
      </w:pPr>
      <w:r w:rsidRPr="00F9406C">
        <w:rPr>
          <w:lang w:val="ru-RU"/>
        </w:rPr>
        <w:t>После выбора источника и промпта запускается обработка; результат можно сохранить или передать далее по цепочке промптов.</w:t>
      </w:r>
    </w:p>
    <w:p w14:paraId="18BF916C" w14:textId="78BDA600" w:rsidR="004C5E6C" w:rsidRPr="00F9406C" w:rsidRDefault="00BE179B" w:rsidP="00133E1E">
      <w:pPr>
        <w:spacing w:line="360" w:lineRule="auto"/>
        <w:jc w:val="both"/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1E96419E" wp14:editId="56CE72CA">
            <wp:extent cx="6152515" cy="3394710"/>
            <wp:effectExtent l="19050" t="19050" r="19685" b="15240"/>
            <wp:docPr id="1282291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29129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947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785A6EC" w14:textId="77777777" w:rsidR="00D30619" w:rsidRPr="004C5E6C" w:rsidRDefault="00D30619"/>
    <w:p w14:paraId="4D61686D" w14:textId="7F9FA780" w:rsidR="00D30619" w:rsidRPr="00F9406C" w:rsidRDefault="00F9406C">
      <w:pPr>
        <w:pStyle w:val="21"/>
        <w:rPr>
          <w:lang w:val="ru-RU"/>
        </w:rPr>
      </w:pPr>
      <w:r w:rsidRPr="004C5E6C">
        <w:rPr>
          <w:lang w:val="ru-RU"/>
        </w:rPr>
        <w:t>8</w:t>
      </w:r>
      <w:r w:rsidR="00000000" w:rsidRPr="00F9406C">
        <w:rPr>
          <w:lang w:val="ru-RU"/>
        </w:rPr>
        <w:t>. Рерайтинг по источникам</w:t>
      </w:r>
    </w:p>
    <w:p w14:paraId="2CEFFC62" w14:textId="32887CC2" w:rsidR="00D30619" w:rsidRPr="00F9406C" w:rsidRDefault="004C5E6C" w:rsidP="00133E1E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ИИ в меню. </w:t>
      </w:r>
      <w:r w:rsidR="00000000" w:rsidRPr="00F9406C">
        <w:rPr>
          <w:lang w:val="ru-RU"/>
        </w:rPr>
        <w:t xml:space="preserve">Раздел позволяет получить подборку материалов из выбранных </w:t>
      </w:r>
      <w:r w:rsidR="00000000" w:rsidRPr="00133E1E">
        <w:rPr>
          <w:lang w:val="ru-RU"/>
        </w:rPr>
        <w:t>RSS</w:t>
      </w:r>
      <w:r w:rsidR="00000000" w:rsidRPr="00F9406C">
        <w:rPr>
          <w:lang w:val="ru-RU"/>
        </w:rPr>
        <w:t xml:space="preserve">-лент и </w:t>
      </w:r>
      <w:r w:rsidR="00000000" w:rsidRPr="00133E1E">
        <w:rPr>
          <w:lang w:val="ru-RU"/>
        </w:rPr>
        <w:t>Telegram</w:t>
      </w:r>
      <w:r w:rsidR="00000000" w:rsidRPr="00F9406C">
        <w:rPr>
          <w:lang w:val="ru-RU"/>
        </w:rPr>
        <w:t>-каналов за заданный период. Тексты готовятся в соответствии с выбранным промптом обработки.</w:t>
      </w:r>
    </w:p>
    <w:p w14:paraId="0DB20CD4" w14:textId="77777777" w:rsidR="00D30619" w:rsidRPr="00F9406C" w:rsidRDefault="00000000" w:rsidP="00133E1E">
      <w:pPr>
        <w:spacing w:line="360" w:lineRule="auto"/>
        <w:jc w:val="both"/>
        <w:rPr>
          <w:lang w:val="ru-RU"/>
        </w:rPr>
      </w:pPr>
      <w:r w:rsidRPr="00F9406C">
        <w:rPr>
          <w:lang w:val="ru-RU"/>
        </w:rPr>
        <w:t>Для запуска:</w:t>
      </w:r>
    </w:p>
    <w:p w14:paraId="02A2D099" w14:textId="77777777" w:rsidR="00D30619" w:rsidRPr="00133E1E" w:rsidRDefault="00000000" w:rsidP="00133E1E">
      <w:pPr>
        <w:pStyle w:val="ae"/>
        <w:numPr>
          <w:ilvl w:val="0"/>
          <w:numId w:val="14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выберите источники (RSS-ленты и/или Telegram-каналы);</w:t>
      </w:r>
    </w:p>
    <w:p w14:paraId="3B293E2C" w14:textId="77777777" w:rsidR="00D30619" w:rsidRPr="00133E1E" w:rsidRDefault="00000000" w:rsidP="00133E1E">
      <w:pPr>
        <w:pStyle w:val="ae"/>
        <w:numPr>
          <w:ilvl w:val="0"/>
          <w:numId w:val="14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укажите период;</w:t>
      </w:r>
    </w:p>
    <w:p w14:paraId="3842E77E" w14:textId="77777777" w:rsidR="00D30619" w:rsidRPr="00133E1E" w:rsidRDefault="00000000" w:rsidP="00133E1E">
      <w:pPr>
        <w:pStyle w:val="ae"/>
        <w:numPr>
          <w:ilvl w:val="0"/>
          <w:numId w:val="14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выберите промпт обработки;</w:t>
      </w:r>
    </w:p>
    <w:p w14:paraId="79B79E84" w14:textId="77777777" w:rsidR="00D30619" w:rsidRPr="00133E1E" w:rsidRDefault="00000000" w:rsidP="00133E1E">
      <w:pPr>
        <w:pStyle w:val="ae"/>
        <w:numPr>
          <w:ilvl w:val="0"/>
          <w:numId w:val="14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запустите сбор и обработку.</w:t>
      </w:r>
    </w:p>
    <w:p w14:paraId="7C290E81" w14:textId="6732D6BF" w:rsidR="00D30619" w:rsidRPr="00F9406C" w:rsidRDefault="00FB6A31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24655559" wp14:editId="29894649">
            <wp:extent cx="6152515" cy="3354705"/>
            <wp:effectExtent l="19050" t="19050" r="19685" b="17145"/>
            <wp:docPr id="1315577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7712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547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E1E77CE" w14:textId="654F42CB" w:rsidR="00D30619" w:rsidRPr="00F9406C" w:rsidRDefault="00F9406C">
      <w:pPr>
        <w:pStyle w:val="21"/>
        <w:rPr>
          <w:lang w:val="ru-RU"/>
        </w:rPr>
      </w:pPr>
      <w:r w:rsidRPr="00FB6A31">
        <w:rPr>
          <w:lang w:val="ru-RU"/>
        </w:rPr>
        <w:t>9</w:t>
      </w:r>
      <w:r w:rsidR="00000000" w:rsidRPr="00F9406C">
        <w:rPr>
          <w:lang w:val="ru-RU"/>
        </w:rPr>
        <w:t>. Библиотека промптов</w:t>
      </w:r>
    </w:p>
    <w:p w14:paraId="01E6E6F1" w14:textId="255C4273" w:rsidR="00D30619" w:rsidRPr="00133E1E" w:rsidRDefault="00FB6A31" w:rsidP="00133E1E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ИИ в меню. </w:t>
      </w:r>
      <w:r w:rsidR="00000000" w:rsidRPr="00F9406C">
        <w:rPr>
          <w:lang w:val="ru-RU"/>
        </w:rPr>
        <w:t xml:space="preserve">Раздел содержит личный каталог промптов на различные случаи (обработка, отбор, анализ, служебные) для последующего выбора из списка в других разделах. </w:t>
      </w:r>
      <w:r w:rsidR="00000000" w:rsidRPr="00133E1E">
        <w:rPr>
          <w:lang w:val="ru-RU"/>
        </w:rPr>
        <w:t>Промпт можно создать, отредактировать и удалить.</w:t>
      </w:r>
    </w:p>
    <w:p w14:paraId="10F8FA84" w14:textId="4032B08C" w:rsidR="00D30619" w:rsidRPr="00F9406C" w:rsidRDefault="00FB6A31">
      <w:pPr>
        <w:rPr>
          <w:lang w:val="ru-RU"/>
        </w:rPr>
      </w:pPr>
      <w:r w:rsidRPr="00FB6A31">
        <w:rPr>
          <w:lang w:val="ru-RU"/>
        </w:rPr>
        <w:drawing>
          <wp:inline distT="0" distB="0" distL="0" distR="0" wp14:anchorId="73ABB616" wp14:editId="78B017FD">
            <wp:extent cx="6152515" cy="2447290"/>
            <wp:effectExtent l="19050" t="19050" r="19685" b="10160"/>
            <wp:docPr id="7691777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17770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472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AF4D81" w14:textId="43414FF7" w:rsidR="00D30619" w:rsidRPr="00F9406C" w:rsidRDefault="00F9406C">
      <w:pPr>
        <w:pStyle w:val="21"/>
        <w:rPr>
          <w:lang w:val="ru-RU"/>
        </w:rPr>
      </w:pPr>
      <w:r w:rsidRPr="00FB6A31">
        <w:rPr>
          <w:lang w:val="ru-RU"/>
        </w:rPr>
        <w:t>10</w:t>
      </w:r>
      <w:r w:rsidR="00000000" w:rsidRPr="00F9406C">
        <w:rPr>
          <w:lang w:val="ru-RU"/>
        </w:rPr>
        <w:t>. Источники для рерайтинга</w:t>
      </w:r>
    </w:p>
    <w:p w14:paraId="723D2680" w14:textId="5F6DFCA8" w:rsidR="00D30619" w:rsidRPr="00F9406C" w:rsidRDefault="00FB6A31" w:rsidP="00133E1E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ИИ в меню. </w:t>
      </w:r>
      <w:r w:rsidR="00000000" w:rsidRPr="00F9406C">
        <w:rPr>
          <w:lang w:val="ru-RU"/>
        </w:rPr>
        <w:t xml:space="preserve">Раздел предназначен для управления источниками пользователя — </w:t>
      </w:r>
      <w:r w:rsidR="00000000" w:rsidRPr="00133E1E">
        <w:rPr>
          <w:lang w:val="ru-RU"/>
        </w:rPr>
        <w:t>Telegram</w:t>
      </w:r>
      <w:r w:rsidR="00000000" w:rsidRPr="00F9406C">
        <w:rPr>
          <w:lang w:val="ru-RU"/>
        </w:rPr>
        <w:t xml:space="preserve">-каналами и </w:t>
      </w:r>
      <w:r w:rsidR="00000000" w:rsidRPr="00133E1E">
        <w:rPr>
          <w:lang w:val="ru-RU"/>
        </w:rPr>
        <w:t>RSS</w:t>
      </w:r>
      <w:r w:rsidR="00000000" w:rsidRPr="00F9406C">
        <w:rPr>
          <w:lang w:val="ru-RU"/>
        </w:rPr>
        <w:t xml:space="preserve">-лентами, их группировкой по папкам, а также подписками на </w:t>
      </w:r>
      <w:r w:rsidR="00000000" w:rsidRPr="00133E1E">
        <w:rPr>
          <w:lang w:val="ru-RU"/>
        </w:rPr>
        <w:t>Telegram</w:t>
      </w:r>
      <w:r w:rsidR="00000000" w:rsidRPr="00F9406C">
        <w:rPr>
          <w:lang w:val="ru-RU"/>
        </w:rPr>
        <w:t>-каналы.</w:t>
      </w:r>
    </w:p>
    <w:p w14:paraId="2EFAF822" w14:textId="77777777" w:rsidR="00D30619" w:rsidRPr="00133E1E" w:rsidRDefault="00000000" w:rsidP="00133E1E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Для добавления источника укажите:</w:t>
      </w:r>
    </w:p>
    <w:p w14:paraId="6D0DFF19" w14:textId="77777777" w:rsidR="00D30619" w:rsidRPr="00133E1E" w:rsidRDefault="00000000" w:rsidP="00133E1E">
      <w:pPr>
        <w:pStyle w:val="ae"/>
        <w:numPr>
          <w:ilvl w:val="0"/>
          <w:numId w:val="15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lastRenderedPageBreak/>
        <w:t>тип источника (Telegram-канал или RSS-лента);</w:t>
      </w:r>
    </w:p>
    <w:p w14:paraId="4D005E9D" w14:textId="77777777" w:rsidR="00D30619" w:rsidRPr="00133E1E" w:rsidRDefault="00000000" w:rsidP="00133E1E">
      <w:pPr>
        <w:pStyle w:val="ae"/>
        <w:numPr>
          <w:ilvl w:val="0"/>
          <w:numId w:val="15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адрес источника (ссылку на канал или ленту);</w:t>
      </w:r>
    </w:p>
    <w:p w14:paraId="223A82AE" w14:textId="77777777" w:rsidR="00D30619" w:rsidRPr="00133E1E" w:rsidRDefault="00000000" w:rsidP="00133E1E">
      <w:pPr>
        <w:pStyle w:val="ae"/>
        <w:numPr>
          <w:ilvl w:val="0"/>
          <w:numId w:val="15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при необходимости — группу/папку.</w:t>
      </w:r>
    </w:p>
    <w:p w14:paraId="2C9F529F" w14:textId="72FA3BCE" w:rsidR="00D30619" w:rsidRPr="00F9406C" w:rsidRDefault="00FB6A31">
      <w:pPr>
        <w:rPr>
          <w:lang w:val="ru-RU"/>
        </w:rPr>
      </w:pPr>
      <w:r>
        <w:rPr>
          <w:noProof/>
        </w:rPr>
        <w:drawing>
          <wp:inline distT="0" distB="0" distL="0" distR="0" wp14:anchorId="04D53D68" wp14:editId="187B456A">
            <wp:extent cx="6152515" cy="3248660"/>
            <wp:effectExtent l="19050" t="19050" r="19685" b="27940"/>
            <wp:docPr id="17708420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84208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486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1480E4B" w14:textId="4B69C285" w:rsidR="00FB6A31" w:rsidRPr="00FB6A31" w:rsidRDefault="00FB6A31" w:rsidP="00FB6A31">
      <w:pPr>
        <w:pStyle w:val="21"/>
        <w:rPr>
          <w:lang w:val="ru-RU"/>
        </w:rPr>
      </w:pPr>
      <w:r w:rsidRPr="00FB6A31">
        <w:rPr>
          <w:lang w:val="ru-RU"/>
        </w:rPr>
        <w:t>1</w:t>
      </w:r>
      <w:r>
        <w:rPr>
          <w:lang w:val="ru-RU"/>
        </w:rPr>
        <w:t>1</w:t>
      </w:r>
      <w:r w:rsidRPr="00F9406C">
        <w:rPr>
          <w:lang w:val="ru-RU"/>
        </w:rPr>
        <w:t xml:space="preserve">. </w:t>
      </w:r>
      <w:r>
        <w:t>Telegram</w:t>
      </w:r>
      <w:r w:rsidRPr="00FB6A31">
        <w:rPr>
          <w:lang w:val="ru-RU"/>
        </w:rPr>
        <w:t xml:space="preserve"> </w:t>
      </w:r>
      <w:r>
        <w:rPr>
          <w:lang w:val="ru-RU"/>
        </w:rPr>
        <w:t>подписки</w:t>
      </w:r>
    </w:p>
    <w:p w14:paraId="4458F94F" w14:textId="4B8BB113" w:rsidR="00FB6A31" w:rsidRPr="00F9406C" w:rsidRDefault="00FB6A31" w:rsidP="00FB6A31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ИИ в меню. </w:t>
      </w:r>
      <w:r w:rsidRPr="00F9406C">
        <w:rPr>
          <w:lang w:val="ru-RU"/>
        </w:rPr>
        <w:t xml:space="preserve">Раздел предназначен для управления </w:t>
      </w:r>
      <w:r>
        <w:rPr>
          <w:lang w:val="ru-RU"/>
        </w:rPr>
        <w:t xml:space="preserve">подписками </w:t>
      </w:r>
      <w:r w:rsidRPr="00F9406C">
        <w:rPr>
          <w:lang w:val="ru-RU"/>
        </w:rPr>
        <w:t xml:space="preserve">на </w:t>
      </w:r>
      <w:r w:rsidRPr="00133E1E">
        <w:rPr>
          <w:lang w:val="ru-RU"/>
        </w:rPr>
        <w:t>Telegram</w:t>
      </w:r>
      <w:r w:rsidRPr="00F9406C">
        <w:rPr>
          <w:lang w:val="ru-RU"/>
        </w:rPr>
        <w:t>-каналы.</w:t>
      </w:r>
    </w:p>
    <w:p w14:paraId="24613008" w14:textId="1B4A7E39" w:rsidR="00FB6A31" w:rsidRPr="00133E1E" w:rsidRDefault="00FB6A31" w:rsidP="00FB6A31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 xml:space="preserve">Для добавления </w:t>
      </w:r>
      <w:r>
        <w:rPr>
          <w:lang w:val="ru-RU"/>
        </w:rPr>
        <w:t>канала</w:t>
      </w:r>
      <w:r w:rsidRPr="00133E1E">
        <w:rPr>
          <w:lang w:val="ru-RU"/>
        </w:rPr>
        <w:t xml:space="preserve"> укажите:</w:t>
      </w:r>
    </w:p>
    <w:p w14:paraId="3F7C6A2A" w14:textId="266A0EB4" w:rsidR="00FB6A31" w:rsidRPr="00133E1E" w:rsidRDefault="00FB6A31" w:rsidP="00FB6A31">
      <w:pPr>
        <w:pStyle w:val="ae"/>
        <w:numPr>
          <w:ilvl w:val="0"/>
          <w:numId w:val="15"/>
        </w:numPr>
        <w:spacing w:line="360" w:lineRule="auto"/>
        <w:jc w:val="both"/>
        <w:rPr>
          <w:lang w:val="ru-RU"/>
        </w:rPr>
      </w:pPr>
      <w:r>
        <w:rPr>
          <w:lang w:val="ru-RU"/>
        </w:rPr>
        <w:t>название канала, если он публичный</w:t>
      </w:r>
      <w:r w:rsidRPr="00133E1E">
        <w:rPr>
          <w:lang w:val="ru-RU"/>
        </w:rPr>
        <w:t>;</w:t>
      </w:r>
    </w:p>
    <w:p w14:paraId="23019D22" w14:textId="3DBD8582" w:rsidR="00FB6A31" w:rsidRDefault="00FB6A31" w:rsidP="00FB6A31">
      <w:pPr>
        <w:pStyle w:val="ae"/>
        <w:numPr>
          <w:ilvl w:val="0"/>
          <w:numId w:val="15"/>
        </w:numPr>
        <w:spacing w:line="360" w:lineRule="auto"/>
        <w:jc w:val="both"/>
        <w:rPr>
          <w:lang w:val="ru-RU"/>
        </w:rPr>
      </w:pPr>
      <w:r>
        <w:rPr>
          <w:lang w:val="ru-RU"/>
        </w:rPr>
        <w:t>ссылку-приглашение на вступление в канал, если он приватный (пользователь должен состоять в этом канале на момент добавления ссылки).</w:t>
      </w:r>
    </w:p>
    <w:p w14:paraId="617656D7" w14:textId="4FC92CD8" w:rsidR="00FB6A31" w:rsidRPr="00FB6A31" w:rsidRDefault="00FB6A31" w:rsidP="00FB6A31">
      <w:pPr>
        <w:spacing w:line="360" w:lineRule="auto"/>
        <w:jc w:val="both"/>
        <w:rPr>
          <w:lang w:val="ru-RU"/>
        </w:rPr>
      </w:pPr>
      <w:r>
        <w:rPr>
          <w:lang w:val="ru-RU"/>
        </w:rPr>
        <w:t>При необходимости канал может быть отправлен одновременно и в источники для рерайтинга.</w:t>
      </w:r>
    </w:p>
    <w:p w14:paraId="39D89EE6" w14:textId="05C2DA46" w:rsidR="00FB6A31" w:rsidRDefault="00FB6A31">
      <w:pPr>
        <w:pStyle w:val="21"/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1F3C5ABE" wp14:editId="18FC25D5">
            <wp:extent cx="6152515" cy="3286760"/>
            <wp:effectExtent l="19050" t="19050" r="19685" b="27940"/>
            <wp:docPr id="62895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53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867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7316EE8" w14:textId="4654A004" w:rsidR="00D30619" w:rsidRPr="00F9406C" w:rsidRDefault="00F9406C">
      <w:pPr>
        <w:pStyle w:val="21"/>
        <w:rPr>
          <w:lang w:val="ru-RU"/>
        </w:rPr>
      </w:pPr>
      <w:r w:rsidRPr="005359B6">
        <w:rPr>
          <w:lang w:val="ru-RU"/>
        </w:rPr>
        <w:t>11</w:t>
      </w:r>
      <w:r w:rsidR="00000000" w:rsidRPr="00F9406C">
        <w:rPr>
          <w:lang w:val="ru-RU"/>
        </w:rPr>
        <w:t>. Генерация видео</w:t>
      </w:r>
    </w:p>
    <w:p w14:paraId="3E78AF9F" w14:textId="147CAED3" w:rsidR="00D30619" w:rsidRPr="00133E1E" w:rsidRDefault="005359B6" w:rsidP="00133E1E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ИИ в меню. </w:t>
      </w:r>
      <w:r w:rsidR="00000000" w:rsidRPr="00F9406C">
        <w:rPr>
          <w:lang w:val="ru-RU"/>
        </w:rPr>
        <w:t xml:space="preserve">Раздел предназначен для создания видео с ИИ-ведущим по тексту: вводится текст, выбираются параметры озвучки и ведущего, запускается генерация. </w:t>
      </w:r>
      <w:r w:rsidR="00000000" w:rsidRPr="00133E1E">
        <w:rPr>
          <w:lang w:val="ru-RU"/>
        </w:rPr>
        <w:t>Готовое видео доступно для скачивания после завершения обработки.</w:t>
      </w:r>
    </w:p>
    <w:p w14:paraId="62C12667" w14:textId="3B22260F" w:rsidR="00D30619" w:rsidRPr="00F9406C" w:rsidRDefault="005359B6">
      <w:pPr>
        <w:rPr>
          <w:lang w:val="ru-RU"/>
        </w:rPr>
      </w:pPr>
      <w:r>
        <w:rPr>
          <w:noProof/>
        </w:rPr>
        <w:drawing>
          <wp:inline distT="0" distB="0" distL="0" distR="0" wp14:anchorId="281AEDA9" wp14:editId="2DECB966">
            <wp:extent cx="6152515" cy="3627755"/>
            <wp:effectExtent l="19050" t="19050" r="19685" b="10795"/>
            <wp:docPr id="19363849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8493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6277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6EB15D6" w14:textId="792E107E" w:rsidR="00D30619" w:rsidRPr="00F9406C" w:rsidRDefault="00F9406C">
      <w:pPr>
        <w:pStyle w:val="21"/>
        <w:rPr>
          <w:lang w:val="ru-RU"/>
        </w:rPr>
      </w:pPr>
      <w:r w:rsidRPr="005359B6">
        <w:rPr>
          <w:lang w:val="ru-RU"/>
        </w:rPr>
        <w:lastRenderedPageBreak/>
        <w:t>12</w:t>
      </w:r>
      <w:r w:rsidR="00000000" w:rsidRPr="00F9406C">
        <w:rPr>
          <w:lang w:val="ru-RU"/>
        </w:rPr>
        <w:t>. Распознавание речи</w:t>
      </w:r>
    </w:p>
    <w:p w14:paraId="23B1731C" w14:textId="0E4B80F0" w:rsidR="00D30619" w:rsidRPr="00F9406C" w:rsidRDefault="005359B6" w:rsidP="00133E1E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ИИ в меню. </w:t>
      </w:r>
      <w:r w:rsidR="00000000" w:rsidRPr="00F9406C">
        <w:rPr>
          <w:lang w:val="ru-RU"/>
        </w:rPr>
        <w:t>Раздел предназначен для транскрибации аудио- и видеофайлов в текст. Файл загружается, запускается обработка; статус отображается до готовности, после чего доступен текст расшифровки.</w:t>
      </w:r>
    </w:p>
    <w:p w14:paraId="37EDDD92" w14:textId="4DA13D45" w:rsidR="00D30619" w:rsidRPr="00F9406C" w:rsidRDefault="005359B6">
      <w:pPr>
        <w:rPr>
          <w:lang w:val="ru-RU"/>
        </w:rPr>
      </w:pPr>
      <w:r>
        <w:rPr>
          <w:noProof/>
        </w:rPr>
        <w:drawing>
          <wp:inline distT="0" distB="0" distL="0" distR="0" wp14:anchorId="3DB86C30" wp14:editId="35E6B131">
            <wp:extent cx="4895850" cy="2342065"/>
            <wp:effectExtent l="19050" t="19050" r="19050" b="20320"/>
            <wp:docPr id="15940885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08858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06096" cy="23469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59FDE2" w14:textId="475E5E9F" w:rsidR="00D30619" w:rsidRPr="00F9406C" w:rsidRDefault="00000000">
      <w:pPr>
        <w:pStyle w:val="1"/>
        <w:rPr>
          <w:lang w:val="ru-RU"/>
        </w:rPr>
      </w:pPr>
      <w:r w:rsidRPr="00F9406C">
        <w:rPr>
          <w:lang w:val="ru-RU"/>
        </w:rPr>
        <w:t>1</w:t>
      </w:r>
      <w:r w:rsidR="00F9406C" w:rsidRPr="00F9406C">
        <w:rPr>
          <w:lang w:val="ru-RU"/>
        </w:rPr>
        <w:t>3</w:t>
      </w:r>
      <w:r w:rsidRPr="00F9406C">
        <w:rPr>
          <w:lang w:val="ru-RU"/>
        </w:rPr>
        <w:t>. Проекты (база знаний и анализ)</w:t>
      </w:r>
    </w:p>
    <w:p w14:paraId="585C35BC" w14:textId="7395187D" w:rsidR="005359B6" w:rsidRDefault="005359B6" w:rsidP="00133E1E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</w:t>
      </w:r>
      <w:r>
        <w:rPr>
          <w:lang w:val="ru-RU"/>
        </w:rPr>
        <w:t>Проекты</w:t>
      </w:r>
      <w:r>
        <w:rPr>
          <w:lang w:val="ru-RU"/>
        </w:rPr>
        <w:t xml:space="preserve"> в меню. </w:t>
      </w:r>
      <w:r w:rsidRPr="00F9406C">
        <w:rPr>
          <w:lang w:val="ru-RU"/>
        </w:rPr>
        <w:t xml:space="preserve">Раздел предназначен для </w:t>
      </w:r>
      <w:r>
        <w:rPr>
          <w:lang w:val="ru-RU"/>
        </w:rPr>
        <w:t>создания</w:t>
      </w:r>
      <w:r w:rsidRPr="00F9406C">
        <w:rPr>
          <w:lang w:val="ru-RU"/>
        </w:rPr>
        <w:t xml:space="preserve"> проектов </w:t>
      </w:r>
      <w:r>
        <w:rPr>
          <w:lang w:val="ru-RU"/>
        </w:rPr>
        <w:t>и управления настройками проектов</w:t>
      </w:r>
      <w:r w:rsidRPr="00F9406C">
        <w:rPr>
          <w:lang w:val="ru-RU"/>
        </w:rPr>
        <w:t>.</w:t>
      </w:r>
    </w:p>
    <w:p w14:paraId="6C74F786" w14:textId="77777777" w:rsidR="005359B6" w:rsidRPr="00133E1E" w:rsidRDefault="005359B6" w:rsidP="005359B6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Для создания проекта укажите:</w:t>
      </w:r>
    </w:p>
    <w:p w14:paraId="5E48C085" w14:textId="608986D9" w:rsidR="005359B6" w:rsidRDefault="005359B6" w:rsidP="005359B6">
      <w:pPr>
        <w:pStyle w:val="ae"/>
        <w:numPr>
          <w:ilvl w:val="0"/>
          <w:numId w:val="16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название проекта</w:t>
      </w:r>
      <w:r>
        <w:rPr>
          <w:lang w:val="ru-RU"/>
        </w:rPr>
        <w:t>.</w:t>
      </w:r>
    </w:p>
    <w:p w14:paraId="059D673A" w14:textId="2BBA606D" w:rsidR="005359B6" w:rsidRPr="005359B6" w:rsidRDefault="005359B6" w:rsidP="005359B6">
      <w:pPr>
        <w:spacing w:line="360" w:lineRule="auto"/>
        <w:jc w:val="both"/>
        <w:rPr>
          <w:lang w:val="ru-RU"/>
        </w:rPr>
      </w:pPr>
      <w:r>
        <w:rPr>
          <w:noProof/>
        </w:rPr>
        <w:drawing>
          <wp:inline distT="0" distB="0" distL="0" distR="0" wp14:anchorId="28120E77" wp14:editId="3D79F1D8">
            <wp:extent cx="5086350" cy="1351775"/>
            <wp:effectExtent l="19050" t="19050" r="19050" b="20320"/>
            <wp:docPr id="112400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096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00138" cy="13554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66DAAC3" w14:textId="3A761DF8" w:rsidR="00D30619" w:rsidRPr="00F9406C" w:rsidRDefault="005359B6" w:rsidP="005359B6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Анализ в меню. </w:t>
      </w:r>
      <w:r w:rsidR="00000000" w:rsidRPr="00F9406C">
        <w:rPr>
          <w:lang w:val="ru-RU"/>
        </w:rPr>
        <w:t>Раздел предназначен для ведения проектов — единой базы знаний по деловым и проектным отношениям. В проект собираются документы разных типов (транскрибации переговоров, анализ кода, выгрузки задач, история чатов, прочие документы); они автоматически индексируются векторными представлениями для семантического поиска.</w:t>
      </w:r>
    </w:p>
    <w:p w14:paraId="742D2CDC" w14:textId="7CB92C26" w:rsidR="00D30619" w:rsidRPr="005359B6" w:rsidRDefault="00282022" w:rsidP="005359B6">
      <w:pPr>
        <w:spacing w:line="360" w:lineRule="auto"/>
        <w:jc w:val="both"/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66DF9C9F" wp14:editId="6B21E796">
            <wp:extent cx="6152515" cy="772795"/>
            <wp:effectExtent l="19050" t="19050" r="19685" b="27305"/>
            <wp:docPr id="17560810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8104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727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C9A4A2" w14:textId="77777777" w:rsidR="00D30619" w:rsidRDefault="00000000" w:rsidP="00133E1E">
      <w:pPr>
        <w:spacing w:line="360" w:lineRule="auto"/>
        <w:jc w:val="both"/>
        <w:rPr>
          <w:lang w:val="ru-RU"/>
        </w:rPr>
      </w:pPr>
      <w:r w:rsidRPr="00F9406C">
        <w:rPr>
          <w:lang w:val="ru-RU"/>
        </w:rPr>
        <w:t>В карточке проекта доступны: загрузка и просмотр документов, управление участниками и их правами, привязка каналов и источников, групповой чат проекта с ИИ-ассистентом.</w:t>
      </w:r>
    </w:p>
    <w:p w14:paraId="389DF76E" w14:textId="6F02EC2D" w:rsidR="00282022" w:rsidRPr="00F9406C" w:rsidRDefault="00282022" w:rsidP="00133E1E">
      <w:pPr>
        <w:spacing w:line="360" w:lineRule="auto"/>
        <w:jc w:val="both"/>
        <w:rPr>
          <w:lang w:val="ru-RU"/>
        </w:rPr>
      </w:pPr>
      <w:r>
        <w:rPr>
          <w:noProof/>
        </w:rPr>
        <w:drawing>
          <wp:inline distT="0" distB="0" distL="0" distR="0" wp14:anchorId="5E2B7035" wp14:editId="3738E267">
            <wp:extent cx="6152515" cy="2078355"/>
            <wp:effectExtent l="19050" t="19050" r="19685" b="17145"/>
            <wp:docPr id="6544563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45633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783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A8B96F" w14:textId="3DDC610D" w:rsidR="00D30619" w:rsidRPr="00F9406C" w:rsidRDefault="00000000">
      <w:pPr>
        <w:pStyle w:val="21"/>
        <w:rPr>
          <w:lang w:val="ru-RU"/>
        </w:rPr>
      </w:pPr>
      <w:r w:rsidRPr="00F9406C">
        <w:rPr>
          <w:lang w:val="ru-RU"/>
        </w:rPr>
        <w:t>1</w:t>
      </w:r>
      <w:r w:rsidR="00F9406C" w:rsidRPr="0012677F">
        <w:rPr>
          <w:lang w:val="ru-RU"/>
        </w:rPr>
        <w:t>4</w:t>
      </w:r>
      <w:r w:rsidRPr="00F9406C">
        <w:rPr>
          <w:lang w:val="ru-RU"/>
        </w:rPr>
        <w:t>. ИИ редакция</w:t>
      </w:r>
    </w:p>
    <w:p w14:paraId="5ADEB7E8" w14:textId="5934A32D" w:rsidR="00D30619" w:rsidRPr="00F9406C" w:rsidRDefault="0012677F" w:rsidP="00133E1E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Анализ в меню. </w:t>
      </w:r>
      <w:r>
        <w:rPr>
          <w:lang w:val="ru-RU"/>
        </w:rPr>
        <w:t xml:space="preserve">ИИ редакция подключается на уровне проекта как одна из его вкладок. </w:t>
      </w:r>
      <w:r w:rsidR="00000000" w:rsidRPr="00F9406C">
        <w:rPr>
          <w:lang w:val="ru-RU"/>
        </w:rPr>
        <w:t>Раздел уровня проекта, представляющий конвейер ИИ-агентов (шеф-редактор, фактчекер, корректор и др.), который готовит, проверяет, редактирует и публикует материалы. Настраиваются состав агентов, каналы публикации (</w:t>
      </w:r>
      <w:r w:rsidR="00000000" w:rsidRPr="00133E1E">
        <w:rPr>
          <w:lang w:val="ru-RU"/>
        </w:rPr>
        <w:t>Telegram</w:t>
      </w:r>
      <w:r w:rsidR="00000000" w:rsidRPr="00F9406C">
        <w:rPr>
          <w:lang w:val="ru-RU"/>
        </w:rPr>
        <w:t>, Дзен), стоп-темы; готовые материалы проходят по конвейеру и публикуются автоматически.</w:t>
      </w:r>
    </w:p>
    <w:p w14:paraId="2D421E4B" w14:textId="77777777" w:rsidR="00D30619" w:rsidRPr="00133E1E" w:rsidRDefault="00000000" w:rsidP="00133E1E">
      <w:p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В разделе настраиваются:</w:t>
      </w:r>
    </w:p>
    <w:p w14:paraId="5C90E302" w14:textId="77777777" w:rsidR="00D30619" w:rsidRPr="00133E1E" w:rsidRDefault="00000000" w:rsidP="00133E1E">
      <w:pPr>
        <w:pStyle w:val="ae"/>
        <w:numPr>
          <w:ilvl w:val="0"/>
          <w:numId w:val="17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участники конвейера (роли ИИ-агентов);</w:t>
      </w:r>
    </w:p>
    <w:p w14:paraId="3D61B3AB" w14:textId="77777777" w:rsidR="00D30619" w:rsidRPr="00133E1E" w:rsidRDefault="00000000" w:rsidP="00133E1E">
      <w:pPr>
        <w:pStyle w:val="ae"/>
        <w:numPr>
          <w:ilvl w:val="0"/>
          <w:numId w:val="17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каналы публикации (Telegram-каналы, публикация в Дзен через RSS);</w:t>
      </w:r>
    </w:p>
    <w:p w14:paraId="68368F32" w14:textId="77777777" w:rsidR="00D30619" w:rsidRPr="00133E1E" w:rsidRDefault="00000000" w:rsidP="00133E1E">
      <w:pPr>
        <w:pStyle w:val="ae"/>
        <w:numPr>
          <w:ilvl w:val="0"/>
          <w:numId w:val="17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стоп-темы (запрещённые темы);</w:t>
      </w:r>
    </w:p>
    <w:p w14:paraId="10205678" w14:textId="77777777" w:rsidR="00D30619" w:rsidRDefault="00000000" w:rsidP="00133E1E">
      <w:pPr>
        <w:pStyle w:val="ae"/>
        <w:numPr>
          <w:ilvl w:val="0"/>
          <w:numId w:val="17"/>
        </w:numPr>
        <w:spacing w:line="360" w:lineRule="auto"/>
        <w:jc w:val="both"/>
        <w:rPr>
          <w:lang w:val="ru-RU"/>
        </w:rPr>
      </w:pPr>
      <w:r w:rsidRPr="00133E1E">
        <w:rPr>
          <w:lang w:val="ru-RU"/>
        </w:rPr>
        <w:t>просмотр и управление подготовленными материалами.</w:t>
      </w:r>
    </w:p>
    <w:p w14:paraId="5D5FF495" w14:textId="1F752893" w:rsidR="00282022" w:rsidRPr="00282022" w:rsidRDefault="00282022" w:rsidP="00282022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При добавлении </w:t>
      </w:r>
      <w:r>
        <w:t>API</w:t>
      </w:r>
      <w:r w:rsidRPr="00282022">
        <w:rPr>
          <w:lang w:val="ru-RU"/>
        </w:rPr>
        <w:t xml:space="preserve"> </w:t>
      </w:r>
      <w:r>
        <w:rPr>
          <w:lang w:val="ru-RU"/>
        </w:rPr>
        <w:t xml:space="preserve">на сайт возможна также настройка автоматической публикации в </w:t>
      </w:r>
      <w:r>
        <w:t>CMS</w:t>
      </w:r>
      <w:r w:rsidRPr="00282022">
        <w:rPr>
          <w:lang w:val="ru-RU"/>
        </w:rPr>
        <w:t xml:space="preserve"> </w:t>
      </w:r>
      <w:r>
        <w:rPr>
          <w:lang w:val="ru-RU"/>
        </w:rPr>
        <w:t>другого сайта.</w:t>
      </w:r>
    </w:p>
    <w:p w14:paraId="37D669A5" w14:textId="03F5C9FE" w:rsidR="00D30619" w:rsidRDefault="00282022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0752C455" wp14:editId="3FC892DE">
            <wp:extent cx="6152515" cy="3259455"/>
            <wp:effectExtent l="19050" t="19050" r="19685" b="17145"/>
            <wp:docPr id="6852439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24397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59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0C707A" w14:textId="725354D3" w:rsidR="00282022" w:rsidRDefault="00282022">
      <w:pPr>
        <w:rPr>
          <w:lang w:val="ru-RU"/>
        </w:rPr>
      </w:pPr>
      <w:r>
        <w:rPr>
          <w:noProof/>
        </w:rPr>
        <w:drawing>
          <wp:inline distT="0" distB="0" distL="0" distR="0" wp14:anchorId="01EA0A22" wp14:editId="6307C0AB">
            <wp:extent cx="6152515" cy="3319780"/>
            <wp:effectExtent l="19050" t="19050" r="19685" b="13970"/>
            <wp:docPr id="7825368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3686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197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8815DD4" w14:textId="0A4222FB" w:rsidR="00282022" w:rsidRDefault="00282022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26449EF9" wp14:editId="7A9799B8">
            <wp:extent cx="6152515" cy="2978150"/>
            <wp:effectExtent l="19050" t="19050" r="19685" b="12700"/>
            <wp:docPr id="14975501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55017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78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3F858D" w14:textId="345EDD56" w:rsidR="00282022" w:rsidRPr="00F9406C" w:rsidRDefault="00282022">
      <w:pPr>
        <w:rPr>
          <w:lang w:val="ru-RU"/>
        </w:rPr>
      </w:pPr>
      <w:r>
        <w:rPr>
          <w:noProof/>
        </w:rPr>
        <w:drawing>
          <wp:inline distT="0" distB="0" distL="0" distR="0" wp14:anchorId="365DFFCA" wp14:editId="5135B624">
            <wp:extent cx="6152515" cy="3970020"/>
            <wp:effectExtent l="19050" t="19050" r="19685" b="11430"/>
            <wp:docPr id="14520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05882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9700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79FA8F9" w14:textId="46362D92" w:rsidR="00D30619" w:rsidRPr="00F9406C" w:rsidRDefault="00000000">
      <w:pPr>
        <w:pStyle w:val="1"/>
        <w:rPr>
          <w:lang w:val="ru-RU"/>
        </w:rPr>
      </w:pPr>
      <w:r w:rsidRPr="00F9406C">
        <w:rPr>
          <w:lang w:val="ru-RU"/>
        </w:rPr>
        <w:t>1</w:t>
      </w:r>
      <w:r w:rsidR="00F9406C" w:rsidRPr="0012677F">
        <w:rPr>
          <w:lang w:val="ru-RU"/>
        </w:rPr>
        <w:t>5</w:t>
      </w:r>
      <w:r w:rsidRPr="00F9406C">
        <w:rPr>
          <w:lang w:val="ru-RU"/>
        </w:rPr>
        <w:t>. Статистика: рекламный кабинет</w:t>
      </w:r>
    </w:p>
    <w:p w14:paraId="03221D9F" w14:textId="002E3874" w:rsidR="00D30619" w:rsidRPr="00A86AA1" w:rsidRDefault="0012677F" w:rsidP="00A86AA1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</w:t>
      </w:r>
      <w:r>
        <w:rPr>
          <w:lang w:val="ru-RU"/>
        </w:rPr>
        <w:t>Рекламный кабинет</w:t>
      </w:r>
      <w:r>
        <w:rPr>
          <w:lang w:val="ru-RU"/>
        </w:rPr>
        <w:t xml:space="preserve"> в меню. </w:t>
      </w:r>
      <w:r w:rsidR="00000000" w:rsidRPr="00F9406C">
        <w:rPr>
          <w:lang w:val="ru-RU"/>
        </w:rPr>
        <w:t xml:space="preserve">Раздел предназначен для просмотра рекламных отчётов по иерархии «рекламодатель → кампания → ролик → выход в эфир». </w:t>
      </w:r>
      <w:r w:rsidR="00000000" w:rsidRPr="00A86AA1">
        <w:rPr>
          <w:lang w:val="ru-RU"/>
        </w:rPr>
        <w:t>Доступны фильтрация и детализация по уровням.</w:t>
      </w:r>
    </w:p>
    <w:p w14:paraId="13813621" w14:textId="1163403A" w:rsidR="00D30619" w:rsidRPr="00F9406C" w:rsidRDefault="0012677F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27A3A18D" wp14:editId="209509D9">
            <wp:extent cx="6152515" cy="1247775"/>
            <wp:effectExtent l="19050" t="19050" r="19685" b="28575"/>
            <wp:docPr id="4949045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0455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247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063933" w14:textId="20648493" w:rsidR="00D30619" w:rsidRPr="00F9406C" w:rsidRDefault="00000000">
      <w:pPr>
        <w:pStyle w:val="1"/>
        <w:rPr>
          <w:lang w:val="ru-RU"/>
        </w:rPr>
      </w:pPr>
      <w:r w:rsidRPr="00F9406C">
        <w:rPr>
          <w:lang w:val="ru-RU"/>
        </w:rPr>
        <w:t>1</w:t>
      </w:r>
      <w:r w:rsidR="00F9406C" w:rsidRPr="0012677F">
        <w:rPr>
          <w:lang w:val="ru-RU"/>
        </w:rPr>
        <w:t>6</w:t>
      </w:r>
      <w:r w:rsidRPr="00F9406C">
        <w:rPr>
          <w:lang w:val="ru-RU"/>
        </w:rPr>
        <w:t>. Статистика: аудиомет</w:t>
      </w:r>
      <w:r w:rsidR="0012677F">
        <w:rPr>
          <w:lang w:val="ru-RU"/>
        </w:rPr>
        <w:t>рика</w:t>
      </w:r>
    </w:p>
    <w:p w14:paraId="0CCD2FA0" w14:textId="137FA953" w:rsidR="00D30619" w:rsidRPr="00F9406C" w:rsidRDefault="0012677F" w:rsidP="00A86AA1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</w:t>
      </w:r>
      <w:r>
        <w:rPr>
          <w:lang w:val="ru-RU"/>
        </w:rPr>
        <w:t>Аудиометрика</w:t>
      </w:r>
      <w:r>
        <w:rPr>
          <w:lang w:val="ru-RU"/>
        </w:rPr>
        <w:t xml:space="preserve"> в меню. </w:t>
      </w:r>
      <w:r w:rsidR="00000000" w:rsidRPr="00F9406C">
        <w:rPr>
          <w:lang w:val="ru-RU"/>
        </w:rPr>
        <w:t>Раздел предназначен для просмотра отчётов о ротациях треков по радиостанциям.</w:t>
      </w:r>
    </w:p>
    <w:p w14:paraId="7FE3024B" w14:textId="17AB0CBA" w:rsidR="00D30619" w:rsidRPr="00F9406C" w:rsidRDefault="0012677F">
      <w:pPr>
        <w:rPr>
          <w:lang w:val="ru-RU"/>
        </w:rPr>
      </w:pPr>
      <w:r>
        <w:rPr>
          <w:noProof/>
        </w:rPr>
        <w:drawing>
          <wp:inline distT="0" distB="0" distL="0" distR="0" wp14:anchorId="18140873" wp14:editId="7ED19FEC">
            <wp:extent cx="6152515" cy="3057525"/>
            <wp:effectExtent l="19050" t="19050" r="19685" b="28575"/>
            <wp:docPr id="954406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40696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0575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2DBFFFE" w14:textId="38815530" w:rsidR="00D30619" w:rsidRPr="00F9406C" w:rsidRDefault="00000000">
      <w:pPr>
        <w:pStyle w:val="1"/>
        <w:rPr>
          <w:lang w:val="ru-RU"/>
        </w:rPr>
      </w:pPr>
      <w:r w:rsidRPr="00F9406C">
        <w:rPr>
          <w:lang w:val="ru-RU"/>
        </w:rPr>
        <w:t>1</w:t>
      </w:r>
      <w:r w:rsidR="00F9406C" w:rsidRPr="0012677F">
        <w:rPr>
          <w:lang w:val="ru-RU"/>
        </w:rPr>
        <w:t>7</w:t>
      </w:r>
      <w:r w:rsidRPr="00F9406C">
        <w:rPr>
          <w:lang w:val="ru-RU"/>
        </w:rPr>
        <w:t xml:space="preserve">. </w:t>
      </w:r>
      <w:r>
        <w:t>Wordstat</w:t>
      </w:r>
    </w:p>
    <w:p w14:paraId="0CF88553" w14:textId="49E893BC" w:rsidR="00D30619" w:rsidRPr="00F9406C" w:rsidRDefault="0012677F" w:rsidP="00A86AA1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</w:t>
      </w:r>
      <w:r>
        <w:t>Wordstat</w:t>
      </w:r>
      <w:r>
        <w:rPr>
          <w:lang w:val="ru-RU"/>
        </w:rPr>
        <w:t xml:space="preserve"> в меню. </w:t>
      </w:r>
      <w:r w:rsidR="00000000" w:rsidRPr="00F9406C">
        <w:rPr>
          <w:lang w:val="ru-RU"/>
        </w:rPr>
        <w:t>Раздел предназначен для частотного анализа поисковых запросов (</w:t>
      </w:r>
      <w:r w:rsidR="00000000" w:rsidRPr="00A86AA1">
        <w:rPr>
          <w:lang w:val="ru-RU"/>
        </w:rPr>
        <w:t>Wordstat</w:t>
      </w:r>
      <w:r w:rsidR="00000000" w:rsidRPr="00F9406C">
        <w:rPr>
          <w:lang w:val="ru-RU"/>
        </w:rPr>
        <w:t>). Создаётся анализ по заданным запросам; результат отображается в виде таблицы/показателей.</w:t>
      </w:r>
    </w:p>
    <w:p w14:paraId="192D1015" w14:textId="0AD76D03" w:rsidR="00D30619" w:rsidRPr="00F9406C" w:rsidRDefault="0012677F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057DD333" wp14:editId="0B3B4A21">
            <wp:extent cx="6152515" cy="2779395"/>
            <wp:effectExtent l="19050" t="19050" r="19685" b="20955"/>
            <wp:docPr id="8496054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0544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7793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0CEAFFF" w14:textId="307EE3C2" w:rsidR="00D30619" w:rsidRPr="00F9406C" w:rsidRDefault="00000000">
      <w:pPr>
        <w:pStyle w:val="1"/>
        <w:rPr>
          <w:lang w:val="ru-RU"/>
        </w:rPr>
      </w:pPr>
      <w:r w:rsidRPr="00F9406C">
        <w:rPr>
          <w:lang w:val="ru-RU"/>
        </w:rPr>
        <w:t>1</w:t>
      </w:r>
      <w:r w:rsidR="00F9406C" w:rsidRPr="0012677F">
        <w:rPr>
          <w:lang w:val="ru-RU"/>
        </w:rPr>
        <w:t>8</w:t>
      </w:r>
      <w:r w:rsidRPr="00F9406C">
        <w:rPr>
          <w:lang w:val="ru-RU"/>
        </w:rPr>
        <w:t xml:space="preserve">. Аудит </w:t>
      </w:r>
      <w:r>
        <w:t>Telegram</w:t>
      </w:r>
      <w:r w:rsidRPr="00F9406C">
        <w:rPr>
          <w:lang w:val="ru-RU"/>
        </w:rPr>
        <w:t>-каналов</w:t>
      </w:r>
    </w:p>
    <w:p w14:paraId="4442B695" w14:textId="611F9E55" w:rsidR="00D30619" w:rsidRPr="00A86AA1" w:rsidRDefault="0012677F" w:rsidP="00A86AA1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ТГ-аудит в меню. </w:t>
      </w:r>
      <w:r w:rsidR="00000000" w:rsidRPr="00F9406C">
        <w:rPr>
          <w:lang w:val="ru-RU"/>
        </w:rPr>
        <w:t xml:space="preserve">Раздел предназначен для аудита </w:t>
      </w:r>
      <w:r w:rsidR="00000000" w:rsidRPr="00A86AA1">
        <w:rPr>
          <w:lang w:val="ru-RU"/>
        </w:rPr>
        <w:t>Telegram</w:t>
      </w:r>
      <w:r w:rsidR="00000000" w:rsidRPr="00F9406C">
        <w:rPr>
          <w:lang w:val="ru-RU"/>
        </w:rPr>
        <w:t xml:space="preserve">-каналов (тональность, темы, категории) и доступен роли </w:t>
      </w:r>
      <w:r w:rsidR="00000000" w:rsidRPr="00A86AA1">
        <w:rPr>
          <w:lang w:val="ru-RU"/>
        </w:rPr>
        <w:t>SuperAdmin</w:t>
      </w:r>
      <w:r w:rsidR="00000000" w:rsidRPr="00F9406C">
        <w:rPr>
          <w:lang w:val="ru-RU"/>
        </w:rPr>
        <w:t xml:space="preserve">. </w:t>
      </w:r>
      <w:r w:rsidR="00000000" w:rsidRPr="00A86AA1">
        <w:rPr>
          <w:lang w:val="ru-RU"/>
        </w:rPr>
        <w:t>Настраиваются категории аудита, запускается анализ выбранных каналов.</w:t>
      </w:r>
    </w:p>
    <w:p w14:paraId="56507478" w14:textId="2420182F" w:rsidR="00D30619" w:rsidRPr="00F9406C" w:rsidRDefault="0012677F">
      <w:pPr>
        <w:rPr>
          <w:lang w:val="ru-RU"/>
        </w:rPr>
      </w:pPr>
      <w:r>
        <w:rPr>
          <w:noProof/>
        </w:rPr>
        <w:drawing>
          <wp:inline distT="0" distB="0" distL="0" distR="0" wp14:anchorId="7E4C82C3" wp14:editId="2299EAF0">
            <wp:extent cx="6152515" cy="3132455"/>
            <wp:effectExtent l="19050" t="19050" r="19685" b="10795"/>
            <wp:docPr id="14779728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97280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132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9102CC" w14:textId="4E48867B" w:rsidR="00D30619" w:rsidRPr="00F9406C" w:rsidRDefault="00000000">
      <w:pPr>
        <w:pStyle w:val="1"/>
        <w:rPr>
          <w:lang w:val="ru-RU"/>
        </w:rPr>
      </w:pPr>
      <w:r w:rsidRPr="00F9406C">
        <w:rPr>
          <w:lang w:val="ru-RU"/>
        </w:rPr>
        <w:t>1</w:t>
      </w:r>
      <w:r w:rsidR="00F9406C" w:rsidRPr="0012677F">
        <w:rPr>
          <w:lang w:val="ru-RU"/>
        </w:rPr>
        <w:t>9</w:t>
      </w:r>
      <w:r w:rsidRPr="00F9406C">
        <w:rPr>
          <w:lang w:val="ru-RU"/>
        </w:rPr>
        <w:t>. Пользователи</w:t>
      </w:r>
    </w:p>
    <w:p w14:paraId="412538D5" w14:textId="1238D875" w:rsidR="00D30619" w:rsidRDefault="0012677F" w:rsidP="00A86AA1">
      <w:pPr>
        <w:spacing w:line="360" w:lineRule="auto"/>
        <w:jc w:val="both"/>
      </w:pPr>
      <w:r>
        <w:rPr>
          <w:lang w:val="ru-RU"/>
        </w:rPr>
        <w:t xml:space="preserve">Вкладка </w:t>
      </w:r>
      <w:r>
        <w:rPr>
          <w:lang w:val="ru-RU"/>
        </w:rPr>
        <w:t>Личные кабинеты</w:t>
      </w:r>
      <w:r>
        <w:rPr>
          <w:lang w:val="ru-RU"/>
        </w:rPr>
        <w:t xml:space="preserve"> в меню. </w:t>
      </w:r>
      <w:r w:rsidR="00000000" w:rsidRPr="00F9406C">
        <w:rPr>
          <w:lang w:val="ru-RU"/>
        </w:rPr>
        <w:t xml:space="preserve">Раздел отображает список всех пользователей Системы. Пользователя можно создать или пригласить по электронной почте; при необходимости — </w:t>
      </w:r>
      <w:r w:rsidR="00000000" w:rsidRPr="00F9406C">
        <w:rPr>
          <w:lang w:val="ru-RU"/>
        </w:rPr>
        <w:lastRenderedPageBreak/>
        <w:t xml:space="preserve">изменить роль и права, верифицировать, заблокировать или сгенерировать новый пароль. </w:t>
      </w:r>
      <w:r w:rsidR="00000000" w:rsidRPr="00A86AA1">
        <w:rPr>
          <w:lang w:val="ru-RU"/>
        </w:rPr>
        <w:t>Список фильтруется по параметрам.</w:t>
      </w:r>
    </w:p>
    <w:p w14:paraId="3FDE1113" w14:textId="42B17160" w:rsidR="00B609B6" w:rsidRPr="00B609B6" w:rsidRDefault="00B609B6" w:rsidP="00A86AA1">
      <w:pPr>
        <w:spacing w:line="360" w:lineRule="auto"/>
        <w:jc w:val="both"/>
      </w:pPr>
      <w:r>
        <w:rPr>
          <w:noProof/>
        </w:rPr>
        <w:drawing>
          <wp:inline distT="0" distB="0" distL="0" distR="0" wp14:anchorId="2C574BD0" wp14:editId="4FBAC064">
            <wp:extent cx="6152515" cy="989965"/>
            <wp:effectExtent l="19050" t="19050" r="19685" b="19685"/>
            <wp:docPr id="1410690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9094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9899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C020C5C" w14:textId="77777777" w:rsidR="00D30619" w:rsidRPr="00A86AA1" w:rsidRDefault="00000000" w:rsidP="00A86AA1">
      <w:pPr>
        <w:spacing w:line="360" w:lineRule="auto"/>
        <w:jc w:val="both"/>
        <w:rPr>
          <w:lang w:val="ru-RU"/>
        </w:rPr>
      </w:pPr>
      <w:r w:rsidRPr="00A86AA1">
        <w:rPr>
          <w:lang w:val="ru-RU"/>
        </w:rPr>
        <w:t>Для создания/приглашения пользователя укажите:</w:t>
      </w:r>
    </w:p>
    <w:p w14:paraId="05A0FC1E" w14:textId="77777777" w:rsidR="00D30619" w:rsidRPr="00A86AA1" w:rsidRDefault="00000000" w:rsidP="00A86AA1">
      <w:pPr>
        <w:pStyle w:val="ae"/>
        <w:numPr>
          <w:ilvl w:val="0"/>
          <w:numId w:val="18"/>
        </w:numPr>
        <w:spacing w:line="360" w:lineRule="auto"/>
        <w:jc w:val="both"/>
        <w:rPr>
          <w:lang w:val="ru-RU"/>
        </w:rPr>
      </w:pPr>
      <w:r w:rsidRPr="00A86AA1">
        <w:rPr>
          <w:lang w:val="ru-RU"/>
        </w:rPr>
        <w:t>имя (ФИО);</w:t>
      </w:r>
    </w:p>
    <w:p w14:paraId="0BF4C472" w14:textId="77777777" w:rsidR="00D30619" w:rsidRPr="00A86AA1" w:rsidRDefault="00000000" w:rsidP="00A86AA1">
      <w:pPr>
        <w:pStyle w:val="ae"/>
        <w:numPr>
          <w:ilvl w:val="0"/>
          <w:numId w:val="18"/>
        </w:numPr>
        <w:spacing w:line="360" w:lineRule="auto"/>
        <w:jc w:val="both"/>
        <w:rPr>
          <w:lang w:val="ru-RU"/>
        </w:rPr>
      </w:pPr>
      <w:r w:rsidRPr="00A86AA1">
        <w:rPr>
          <w:lang w:val="ru-RU"/>
        </w:rPr>
        <w:t>адрес электронной почты;</w:t>
      </w:r>
    </w:p>
    <w:p w14:paraId="48211012" w14:textId="77777777" w:rsidR="00D30619" w:rsidRPr="00A86AA1" w:rsidRDefault="00000000" w:rsidP="00A86AA1">
      <w:pPr>
        <w:pStyle w:val="ae"/>
        <w:numPr>
          <w:ilvl w:val="0"/>
          <w:numId w:val="18"/>
        </w:numPr>
        <w:spacing w:line="360" w:lineRule="auto"/>
        <w:jc w:val="both"/>
        <w:rPr>
          <w:lang w:val="ru-RU"/>
        </w:rPr>
      </w:pPr>
      <w:r w:rsidRPr="00A86AA1">
        <w:rPr>
          <w:lang w:val="ru-RU"/>
        </w:rPr>
        <w:t>Telegram-ник (при необходимости);</w:t>
      </w:r>
    </w:p>
    <w:p w14:paraId="37726765" w14:textId="77777777" w:rsidR="00D30619" w:rsidRPr="00A86AA1" w:rsidRDefault="00000000" w:rsidP="00A86AA1">
      <w:pPr>
        <w:pStyle w:val="ae"/>
        <w:numPr>
          <w:ilvl w:val="0"/>
          <w:numId w:val="18"/>
        </w:numPr>
        <w:spacing w:line="360" w:lineRule="auto"/>
        <w:jc w:val="both"/>
        <w:rPr>
          <w:lang w:val="ru-RU"/>
        </w:rPr>
      </w:pPr>
      <w:r w:rsidRPr="00A86AA1">
        <w:rPr>
          <w:lang w:val="ru-RU"/>
        </w:rPr>
        <w:t>роль.</w:t>
      </w:r>
    </w:p>
    <w:p w14:paraId="5859DF4D" w14:textId="51135916" w:rsidR="00D30619" w:rsidRPr="00F9406C" w:rsidRDefault="00B609B6">
      <w:pPr>
        <w:rPr>
          <w:lang w:val="ru-RU"/>
        </w:rPr>
      </w:pPr>
      <w:r>
        <w:rPr>
          <w:noProof/>
        </w:rPr>
        <w:drawing>
          <wp:inline distT="0" distB="0" distL="0" distR="0" wp14:anchorId="6E4D8BC3" wp14:editId="1F24DE90">
            <wp:extent cx="6152515" cy="2212340"/>
            <wp:effectExtent l="19050" t="19050" r="19685" b="16510"/>
            <wp:docPr id="510953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9533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2123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7A04C44" w14:textId="0C435B8E" w:rsidR="00D30619" w:rsidRPr="00F9406C" w:rsidRDefault="00F9406C">
      <w:pPr>
        <w:pStyle w:val="1"/>
        <w:rPr>
          <w:lang w:val="ru-RU"/>
        </w:rPr>
      </w:pPr>
      <w:r w:rsidRPr="00B609B6">
        <w:rPr>
          <w:lang w:val="ru-RU"/>
        </w:rPr>
        <w:t>20</w:t>
      </w:r>
      <w:r w:rsidR="00000000" w:rsidRPr="00F9406C">
        <w:rPr>
          <w:lang w:val="ru-RU"/>
        </w:rPr>
        <w:t>. Роли</w:t>
      </w:r>
    </w:p>
    <w:p w14:paraId="2B9A8114" w14:textId="637DD4C4" w:rsidR="00D30619" w:rsidRPr="00F9406C" w:rsidRDefault="00B609B6" w:rsidP="00A86AA1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</w:t>
      </w:r>
      <w:r>
        <w:rPr>
          <w:lang w:val="ru-RU"/>
        </w:rPr>
        <w:t>Права ролей</w:t>
      </w:r>
      <w:r>
        <w:rPr>
          <w:lang w:val="ru-RU"/>
        </w:rPr>
        <w:t xml:space="preserve"> в меню. </w:t>
      </w:r>
      <w:r w:rsidR="00000000" w:rsidRPr="00F9406C">
        <w:rPr>
          <w:lang w:val="ru-RU"/>
        </w:rPr>
        <w:t xml:space="preserve">Раздел предназначен для редактирования матриц прав ролей: доступные разделы </w:t>
      </w:r>
      <w:r w:rsidR="00000000" w:rsidRPr="00A86AA1">
        <w:rPr>
          <w:lang w:val="ru-RU"/>
        </w:rPr>
        <w:t>CMS</w:t>
      </w:r>
      <w:r w:rsidR="00000000" w:rsidRPr="00F9406C">
        <w:rPr>
          <w:lang w:val="ru-RU"/>
        </w:rPr>
        <w:t xml:space="preserve"> (</w:t>
      </w:r>
      <w:r w:rsidR="00000000" w:rsidRPr="00A86AA1">
        <w:rPr>
          <w:lang w:val="ru-RU"/>
        </w:rPr>
        <w:t>handlers</w:t>
      </w:r>
      <w:r w:rsidR="00000000" w:rsidRPr="00F9406C">
        <w:rPr>
          <w:lang w:val="ru-RU"/>
        </w:rPr>
        <w:t>), модели генерации (</w:t>
      </w:r>
      <w:r w:rsidR="00000000" w:rsidRPr="00A86AA1">
        <w:rPr>
          <w:lang w:val="ru-RU"/>
        </w:rPr>
        <w:t>ai</w:t>
      </w:r>
      <w:r w:rsidR="00000000" w:rsidRPr="00F9406C">
        <w:rPr>
          <w:lang w:val="ru-RU"/>
        </w:rPr>
        <w:t>_</w:t>
      </w:r>
      <w:r w:rsidR="00000000" w:rsidRPr="00A86AA1">
        <w:rPr>
          <w:lang w:val="ru-RU"/>
        </w:rPr>
        <w:t>models</w:t>
      </w:r>
      <w:r w:rsidR="00000000" w:rsidRPr="00F9406C">
        <w:rPr>
          <w:lang w:val="ru-RU"/>
        </w:rPr>
        <w:t>) и категории инструментов ИИ-ассистента (</w:t>
      </w:r>
      <w:r w:rsidR="00000000" w:rsidRPr="00A86AA1">
        <w:rPr>
          <w:lang w:val="ru-RU"/>
        </w:rPr>
        <w:t>tool</w:t>
      </w:r>
      <w:r w:rsidR="00000000" w:rsidRPr="00F9406C">
        <w:rPr>
          <w:lang w:val="ru-RU"/>
        </w:rPr>
        <w:t>_</w:t>
      </w:r>
      <w:r w:rsidR="00000000" w:rsidRPr="00A86AA1">
        <w:rPr>
          <w:lang w:val="ru-RU"/>
        </w:rPr>
        <w:t>accesses</w:t>
      </w:r>
      <w:r w:rsidR="00000000" w:rsidRPr="00F9406C">
        <w:rPr>
          <w:lang w:val="ru-RU"/>
        </w:rPr>
        <w:t>). Изменённые права роли можно применить ко всем пользователям этой роли.</w:t>
      </w:r>
    </w:p>
    <w:p w14:paraId="59D36EEE" w14:textId="1700DCC9" w:rsidR="00D30619" w:rsidRPr="00F9406C" w:rsidRDefault="00B609B6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1722BA61" wp14:editId="25AF715F">
            <wp:extent cx="6152515" cy="1891030"/>
            <wp:effectExtent l="19050" t="19050" r="19685" b="13970"/>
            <wp:docPr id="9531793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17933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8910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05A889" w14:textId="2AD35879" w:rsidR="00B609B6" w:rsidRPr="00B609B6" w:rsidRDefault="00B609B6" w:rsidP="00B609B6">
      <w:pPr>
        <w:pStyle w:val="1"/>
        <w:rPr>
          <w:lang w:val="ru-RU"/>
        </w:rPr>
      </w:pPr>
      <w:r w:rsidRPr="00B609B6">
        <w:rPr>
          <w:lang w:val="ru-RU"/>
        </w:rPr>
        <w:t>2</w:t>
      </w:r>
      <w:r>
        <w:rPr>
          <w:lang w:val="ru-RU"/>
        </w:rPr>
        <w:t>1</w:t>
      </w:r>
      <w:r w:rsidRPr="00F9406C">
        <w:rPr>
          <w:lang w:val="ru-RU"/>
        </w:rPr>
        <w:t xml:space="preserve">. </w:t>
      </w:r>
      <w:r>
        <w:rPr>
          <w:lang w:val="ru-RU"/>
        </w:rPr>
        <w:t>Файлы</w:t>
      </w:r>
    </w:p>
    <w:p w14:paraId="0C1F9632" w14:textId="0A53668C" w:rsidR="00B609B6" w:rsidRPr="00B609B6" w:rsidRDefault="00B609B6" w:rsidP="00B609B6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</w:t>
      </w:r>
      <w:r>
        <w:rPr>
          <w:lang w:val="ru-RU"/>
        </w:rPr>
        <w:t>Файлы</w:t>
      </w:r>
      <w:r>
        <w:rPr>
          <w:lang w:val="ru-RU"/>
        </w:rPr>
        <w:t xml:space="preserve"> в меню. </w:t>
      </w:r>
      <w:r w:rsidRPr="00F9406C">
        <w:rPr>
          <w:lang w:val="ru-RU"/>
        </w:rPr>
        <w:t xml:space="preserve">Раздел предназначен для редактирования </w:t>
      </w:r>
      <w:r>
        <w:rPr>
          <w:lang w:val="ru-RU"/>
        </w:rPr>
        <w:t>размещения личный файлов пользователя</w:t>
      </w:r>
      <w:r w:rsidRPr="00F9406C">
        <w:rPr>
          <w:lang w:val="ru-RU"/>
        </w:rPr>
        <w:t>.</w:t>
      </w:r>
      <w:r>
        <w:rPr>
          <w:lang w:val="ru-RU"/>
        </w:rPr>
        <w:t xml:space="preserve"> Также в раздел добавлен конвертор файлов в формат </w:t>
      </w:r>
      <w:r>
        <w:t>md</w:t>
      </w:r>
      <w:r>
        <w:rPr>
          <w:lang w:val="ru-RU"/>
        </w:rPr>
        <w:t>.</w:t>
      </w:r>
    </w:p>
    <w:p w14:paraId="3A28941E" w14:textId="350C4BE9" w:rsidR="00B609B6" w:rsidRPr="00F9406C" w:rsidRDefault="00B609B6" w:rsidP="00B609B6">
      <w:pPr>
        <w:spacing w:line="360" w:lineRule="auto"/>
        <w:jc w:val="both"/>
        <w:rPr>
          <w:lang w:val="ru-RU"/>
        </w:rPr>
      </w:pPr>
      <w:r>
        <w:rPr>
          <w:noProof/>
        </w:rPr>
        <w:drawing>
          <wp:inline distT="0" distB="0" distL="0" distR="0" wp14:anchorId="33C8F88C" wp14:editId="76438525">
            <wp:extent cx="6152515" cy="2513965"/>
            <wp:effectExtent l="19050" t="19050" r="19685" b="19685"/>
            <wp:docPr id="670953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53099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5139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2267A27" w14:textId="79A8646C" w:rsidR="00B609B6" w:rsidRPr="00B609B6" w:rsidRDefault="00B609B6" w:rsidP="00B609B6">
      <w:pPr>
        <w:pStyle w:val="1"/>
        <w:rPr>
          <w:lang w:val="ru-RU"/>
        </w:rPr>
      </w:pPr>
      <w:r w:rsidRPr="00B609B6">
        <w:rPr>
          <w:lang w:val="ru-RU"/>
        </w:rPr>
        <w:t>2</w:t>
      </w:r>
      <w:r>
        <w:rPr>
          <w:lang w:val="ru-RU"/>
        </w:rPr>
        <w:t>2</w:t>
      </w:r>
      <w:r w:rsidRPr="00F9406C">
        <w:rPr>
          <w:lang w:val="ru-RU"/>
        </w:rPr>
        <w:t xml:space="preserve">. </w:t>
      </w:r>
      <w:r>
        <w:rPr>
          <w:lang w:val="ru-RU"/>
        </w:rPr>
        <w:t>Файлы</w:t>
      </w:r>
    </w:p>
    <w:p w14:paraId="3928DDA5" w14:textId="5DA0E243" w:rsidR="00B609B6" w:rsidRPr="00B609B6" w:rsidRDefault="00B609B6" w:rsidP="00B609B6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Вкладка </w:t>
      </w:r>
      <w:r>
        <w:rPr>
          <w:lang w:val="ru-RU"/>
        </w:rPr>
        <w:t xml:space="preserve">Служебные </w:t>
      </w:r>
      <w:r>
        <w:t>TG</w:t>
      </w:r>
      <w:r>
        <w:rPr>
          <w:lang w:val="ru-RU"/>
        </w:rPr>
        <w:t xml:space="preserve"> в меню. </w:t>
      </w:r>
      <w:r w:rsidRPr="00F9406C">
        <w:rPr>
          <w:lang w:val="ru-RU"/>
        </w:rPr>
        <w:t xml:space="preserve">Раздел предназначен </w:t>
      </w:r>
      <w:r>
        <w:rPr>
          <w:lang w:val="ru-RU"/>
        </w:rPr>
        <w:t>мониторинга работы служебных аккаунтов в Телеграм, обслуживающих пользователей проекта и базу источников</w:t>
      </w:r>
      <w:r>
        <w:rPr>
          <w:lang w:val="ru-RU"/>
        </w:rPr>
        <w:t>.</w:t>
      </w:r>
    </w:p>
    <w:p w14:paraId="14E6FE42" w14:textId="6635345B" w:rsidR="00D30619" w:rsidRPr="00B609B6" w:rsidRDefault="00D30619" w:rsidP="00B609B6">
      <w:pPr>
        <w:rPr>
          <w:lang w:val="ru-RU"/>
        </w:rPr>
      </w:pPr>
    </w:p>
    <w:sectPr w:rsidR="00D30619" w:rsidRPr="00B609B6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8E651A"/>
    <w:multiLevelType w:val="hybridMultilevel"/>
    <w:tmpl w:val="B47ED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3517A"/>
    <w:multiLevelType w:val="hybridMultilevel"/>
    <w:tmpl w:val="29DC45D0"/>
    <w:lvl w:ilvl="0" w:tplc="BE8A5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17AB0"/>
    <w:multiLevelType w:val="hybridMultilevel"/>
    <w:tmpl w:val="2942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16CEE"/>
    <w:multiLevelType w:val="hybridMultilevel"/>
    <w:tmpl w:val="6F3A7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01FDD"/>
    <w:multiLevelType w:val="hybridMultilevel"/>
    <w:tmpl w:val="11763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879BA"/>
    <w:multiLevelType w:val="hybridMultilevel"/>
    <w:tmpl w:val="44EA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B3BB5"/>
    <w:multiLevelType w:val="hybridMultilevel"/>
    <w:tmpl w:val="2AAA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77319"/>
    <w:multiLevelType w:val="hybridMultilevel"/>
    <w:tmpl w:val="C444F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80DE6"/>
    <w:multiLevelType w:val="hybridMultilevel"/>
    <w:tmpl w:val="D69E1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427576">
    <w:abstractNumId w:val="8"/>
  </w:num>
  <w:num w:numId="2" w16cid:durableId="2063164720">
    <w:abstractNumId w:val="6"/>
  </w:num>
  <w:num w:numId="3" w16cid:durableId="633756453">
    <w:abstractNumId w:val="5"/>
  </w:num>
  <w:num w:numId="4" w16cid:durableId="1787196023">
    <w:abstractNumId w:val="4"/>
  </w:num>
  <w:num w:numId="5" w16cid:durableId="665011803">
    <w:abstractNumId w:val="7"/>
  </w:num>
  <w:num w:numId="6" w16cid:durableId="1636642162">
    <w:abstractNumId w:val="3"/>
  </w:num>
  <w:num w:numId="7" w16cid:durableId="356395316">
    <w:abstractNumId w:val="2"/>
  </w:num>
  <w:num w:numId="8" w16cid:durableId="1553037155">
    <w:abstractNumId w:val="1"/>
  </w:num>
  <w:num w:numId="9" w16cid:durableId="44109259">
    <w:abstractNumId w:val="0"/>
  </w:num>
  <w:num w:numId="10" w16cid:durableId="251745266">
    <w:abstractNumId w:val="10"/>
  </w:num>
  <w:num w:numId="11" w16cid:durableId="1840845361">
    <w:abstractNumId w:val="15"/>
  </w:num>
  <w:num w:numId="12" w16cid:durableId="837574076">
    <w:abstractNumId w:val="13"/>
  </w:num>
  <w:num w:numId="13" w16cid:durableId="1717314748">
    <w:abstractNumId w:val="9"/>
  </w:num>
  <w:num w:numId="14" w16cid:durableId="382025903">
    <w:abstractNumId w:val="11"/>
  </w:num>
  <w:num w:numId="15" w16cid:durableId="1303803807">
    <w:abstractNumId w:val="14"/>
  </w:num>
  <w:num w:numId="16" w16cid:durableId="995455722">
    <w:abstractNumId w:val="12"/>
  </w:num>
  <w:num w:numId="17" w16cid:durableId="1082481906">
    <w:abstractNumId w:val="17"/>
  </w:num>
  <w:num w:numId="18" w16cid:durableId="16488266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677F"/>
    <w:rsid w:val="00133E1E"/>
    <w:rsid w:val="0015074B"/>
    <w:rsid w:val="00282022"/>
    <w:rsid w:val="0029639D"/>
    <w:rsid w:val="00326F90"/>
    <w:rsid w:val="00355442"/>
    <w:rsid w:val="004C5E6C"/>
    <w:rsid w:val="005359B6"/>
    <w:rsid w:val="00856368"/>
    <w:rsid w:val="00A86AA1"/>
    <w:rsid w:val="00AA1D8D"/>
    <w:rsid w:val="00B47730"/>
    <w:rsid w:val="00B609B6"/>
    <w:rsid w:val="00BE179B"/>
    <w:rsid w:val="00C921FF"/>
    <w:rsid w:val="00CB0664"/>
    <w:rsid w:val="00D30619"/>
    <w:rsid w:val="00F9406C"/>
    <w:rsid w:val="00FB6A31"/>
    <w:rsid w:val="00FC693F"/>
    <w:rsid w:val="00FD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4738C"/>
  <w14:defaultImageDpi w14:val="300"/>
  <w15:docId w15:val="{C31DA767-6AC2-40EB-B28D-6C106FDC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F940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hyperlink" Target="https://local.mbroadcast.ru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hyperlink" Target="https://mm.equityalgorithm.com/ikt/mm.zip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hyperlink" Target="https://local.mbroadcast.ru/auth/login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17</Pages>
  <Words>1357</Words>
  <Characters>7740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morkovka</cp:lastModifiedBy>
  <cp:revision>8</cp:revision>
  <dcterms:created xsi:type="dcterms:W3CDTF">2013-12-23T23:15:00Z</dcterms:created>
  <dcterms:modified xsi:type="dcterms:W3CDTF">2026-07-22T14:45:00Z</dcterms:modified>
  <cp:category/>
</cp:coreProperties>
</file>